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3515"/>
        <w:gridCol w:w="5556"/>
      </w:tblGrid>
      <w:tr>
        <w:tc>
          <w:tcPr>
            <w:tcW w:type="dxa" w:w="4535"/>
          </w:tcPr>
          <w:p>
            <w:pPr>
              <w:jc w:val="center"/>
            </w:pPr>
            <w:r/>
            <w:r>
              <w:rPr>
                <w:sz w:val="24"/>
              </w:rPr>
              <w:t>ỦY BAN NHÂN DÂN</w:t>
            </w:r>
          </w:p>
          <w:p>
            <w:pPr>
              <w:jc w:val="center"/>
            </w:pPr>
            <w:r>
              <w:rPr>
                <w:b/>
                <w:sz w:val="24"/>
              </w:rPr>
              <w:t>THÀNH PHỐ GIẢ</w:t>
            </w:r>
          </w:p>
          <w:p>
            <w:pPr>
              <w:jc w:val="center"/>
            </w:pPr>
            <w:r>
              <w:rPr>
                <w:sz w:val="22"/>
              </w:rPr>
              <w:t>_______________</w:t>
            </w:r>
          </w:p>
        </w:tc>
        <w:tc>
          <w:tcPr>
            <w:tcW w:type="dxa" w:w="4535"/>
          </w:tcPr>
          <w:p>
            <w:pPr>
              <w:jc w:val="center"/>
            </w:pPr>
            <w:r>
              <w:rPr>
                <w:b/>
                <w:sz w:val="24"/>
              </w:rPr>
              <w:t>CỘNG HÒA XÃ HỘI CHỦ NGHĨA VIỆT NAM</w:t>
            </w:r>
          </w:p>
          <w:p>
            <w:pPr>
              <w:jc w:val="center"/>
            </w:pPr>
            <w:r>
              <w:rPr>
                <w:b/>
                <w:sz w:val="26"/>
              </w:rPr>
              <w:t>Độc lập - Tự do - Hạnh phúc</w:t>
            </w:r>
          </w:p>
          <w:p>
            <w:pPr>
              <w:jc w:val="center"/>
            </w:pPr>
            <w:r>
              <w:rPr>
                <w:sz w:val="22"/>
              </w:rPr>
              <w:t>______________________________</w:t>
            </w:r>
          </w:p>
        </w:tc>
      </w:tr>
      <w:tr>
        <w:tc>
          <w:tcPr>
            <w:tcW w:type="dxa" w:w="4535"/>
          </w:tcPr>
          <w:p>
            <w:pPr>
              <w:jc w:val="center"/>
            </w:pPr>
          </w:p>
        </w:tc>
        <w:tc>
          <w:tcPr>
            <w:tcW w:type="dxa" w:w="4535"/>
          </w:tcPr>
          <w:p>
            <w:pPr>
              <w:jc w:val="center"/>
            </w:pPr>
            <w:r>
              <w:rPr>
                <w:i/>
                <w:sz w:val="25"/>
              </w:rPr>
              <w:t>TP. Giả, tháng 8 năm 2026</w:t>
            </w:r>
          </w:p>
        </w:tc>
      </w:tr>
    </w:tbl>
    <w:p/>
    <w:p>
      <w:pPr>
        <w:spacing w:after="80"/>
        <w:jc w:val="center"/>
      </w:pPr>
      <w:r>
        <w:rPr>
          <w:rFonts w:ascii="Times New Roman" w:hAnsi="Times New Roman"/>
          <w:b/>
          <w:i w:val="0"/>
          <w:sz w:val="28"/>
        </w:rPr>
        <w:t>DANH BẠ ĐIỆN THOẠI</w:t>
      </w:r>
    </w:p>
    <w:p>
      <w:pPr>
        <w:spacing w:after="80"/>
        <w:jc w:val="center"/>
      </w:pPr>
      <w:r>
        <w:rPr>
          <w:rFonts w:ascii="Times New Roman" w:hAnsi="Times New Roman"/>
          <w:b/>
          <w:i w:val="0"/>
          <w:sz w:val="26"/>
        </w:rPr>
        <w:t>CÁC SỞ, BAN, NGÀNH VÀ ỦY BAN NHÂN DÂN PHƯỜNG, XÃ THUỘC THÀNH PHỐ GIẢ</w:t>
      </w:r>
    </w:p>
    <w:p>
      <w:pPr>
        <w:spacing w:after="80"/>
        <w:jc w:val="center"/>
      </w:pPr>
      <w:r>
        <w:rPr>
          <w:rFonts w:ascii="Times New Roman" w:hAnsi="Times New Roman"/>
          <w:b w:val="0"/>
          <w:i/>
          <w:sz w:val="24"/>
        </w:rPr>
        <w:t>(Cập nhật tháng 8/2026 - Văn phòng Ủy ban nhân dân Thành phố Giả)</w:t>
      </w:r>
    </w:p>
    <w:p/>
    <w:p>
      <w:pPr>
        <w:spacing w:after="80"/>
        <w:ind w:firstLine="680"/>
        <w:jc w:val="both"/>
      </w:pPr>
      <w:r>
        <w:rPr>
          <w:rFonts w:ascii="Times New Roman" w:hAnsi="Times New Roman"/>
          <w:b w:val="0"/>
          <w:i w:val="0"/>
          <w:sz w:val="26"/>
        </w:rPr>
        <w:t>Văn phòng Ủy ban nhân dân Thành phố Giả cập nhật và ban hành Danh bạ điện thoại các cơ quan hành chính nhà nước trên địa bàn thành phố để phục vụ công tác chỉ đạo, điều hành và tạo thuận lợi cho tổ chức, công dân khi liên hệ công việc. Đề nghị các cơ quan, đơn vị khi có thay đổi số điện thoại, địa chỉ thư điện tử gửi thông tin về Văn phòng Ủy ban nhân dân thành phố (qua Phòng Hành chính - Tổ chức) để cập nhật.</w:t>
      </w:r>
    </w:p>
    <w:p>
      <w:pPr>
        <w:spacing w:after="80"/>
      </w:pPr>
      <w:r>
        <w:rPr>
          <w:rFonts w:ascii="Times New Roman" w:hAnsi="Times New Roman"/>
          <w:b/>
          <w:i w:val="0"/>
          <w:sz w:val="26"/>
        </w:rPr>
        <w:t>I. CÁC SỞ, BAN, NGÀNH THUỘC THÀNH PHỐ</w:t>
      </w:r>
    </w:p>
    <w:tbl>
      <w:tblPr>
        <w:tblStyle w:val="TableGrid"/>
        <w:tblW w:type="auto" w:w="0"/>
        <w:tblLook w:firstColumn="1" w:firstRow="1" w:lastColumn="0" w:lastRow="0" w:noHBand="0" w:noVBand="1" w:val="04A0"/>
      </w:tblPr>
      <w:tblGrid>
        <w:gridCol w:w="1814"/>
        <w:gridCol w:w="1814"/>
        <w:gridCol w:w="1814"/>
        <w:gridCol w:w="1814"/>
        <w:gridCol w:w="1814"/>
      </w:tblGrid>
      <w:tr>
        <w:tc>
          <w:tcPr>
            <w:tcW w:type="dxa" w:w="567"/>
          </w:tcPr>
          <w:p>
            <w:pPr>
              <w:spacing w:after="0"/>
              <w:jc w:val="center"/>
            </w:pPr>
            <w:r/>
            <w:r>
              <w:rPr>
                <w:rFonts w:ascii="Times New Roman" w:hAnsi="Times New Roman"/>
                <w:b/>
                <w:sz w:val="21"/>
              </w:rPr>
              <w:t>STT</w:t>
            </w:r>
          </w:p>
        </w:tc>
        <w:tc>
          <w:tcPr>
            <w:tcW w:type="dxa" w:w="2551"/>
          </w:tcPr>
          <w:p>
            <w:pPr>
              <w:spacing w:after="0"/>
              <w:jc w:val="center"/>
            </w:pPr>
            <w:r/>
            <w:r>
              <w:rPr>
                <w:rFonts w:ascii="Times New Roman" w:hAnsi="Times New Roman"/>
                <w:b/>
                <w:sz w:val="21"/>
              </w:rPr>
              <w:t>Cơ quan, đơn vị</w:t>
            </w:r>
          </w:p>
        </w:tc>
        <w:tc>
          <w:tcPr>
            <w:tcW w:type="dxa" w:w="2948"/>
          </w:tcPr>
          <w:p>
            <w:pPr>
              <w:spacing w:after="0"/>
              <w:jc w:val="center"/>
            </w:pPr>
            <w:r/>
            <w:r>
              <w:rPr>
                <w:rFonts w:ascii="Times New Roman" w:hAnsi="Times New Roman"/>
                <w:b/>
                <w:sz w:val="21"/>
              </w:rPr>
              <w:t>Địa chỉ trụ sở</w:t>
            </w:r>
          </w:p>
        </w:tc>
        <w:tc>
          <w:tcPr>
            <w:tcW w:type="dxa" w:w="1474"/>
          </w:tcPr>
          <w:p>
            <w:pPr>
              <w:spacing w:after="0"/>
              <w:jc w:val="center"/>
            </w:pPr>
            <w:r/>
            <w:r>
              <w:rPr>
                <w:rFonts w:ascii="Times New Roman" w:hAnsi="Times New Roman"/>
                <w:b/>
                <w:sz w:val="21"/>
              </w:rPr>
              <w:t>Điện thoại</w:t>
            </w:r>
          </w:p>
        </w:tc>
        <w:tc>
          <w:tcPr>
            <w:tcW w:type="dxa" w:w="1531"/>
          </w:tcPr>
          <w:p>
            <w:pPr>
              <w:spacing w:after="0"/>
              <w:jc w:val="center"/>
            </w:pPr>
            <w:r/>
            <w:r>
              <w:rPr>
                <w:rFonts w:ascii="Times New Roman" w:hAnsi="Times New Roman"/>
                <w:b/>
                <w:sz w:val="21"/>
              </w:rPr>
              <w:t>Thư điện tử</w:t>
            </w:r>
          </w:p>
        </w:tc>
      </w:tr>
      <w:tr>
        <w:tc>
          <w:tcPr>
            <w:tcW w:type="dxa" w:w="567"/>
          </w:tcPr>
          <w:p>
            <w:pPr>
              <w:spacing w:after="0"/>
            </w:pPr>
            <w:r/>
            <w:r>
              <w:rPr>
                <w:rFonts w:ascii="Times New Roman" w:hAnsi="Times New Roman"/>
                <w:sz w:val="21"/>
              </w:rPr>
              <w:t>1</w:t>
            </w:r>
          </w:p>
        </w:tc>
        <w:tc>
          <w:tcPr>
            <w:tcW w:type="dxa" w:w="2551"/>
          </w:tcPr>
          <w:p>
            <w:pPr>
              <w:spacing w:after="0"/>
            </w:pPr>
            <w:r/>
            <w:r>
              <w:rPr>
                <w:rFonts w:ascii="Times New Roman" w:hAnsi="Times New Roman"/>
                <w:sz w:val="21"/>
              </w:rPr>
              <w:t>Văn phòng Ủy ban nhân dân Thành phố Giả</w:t>
            </w:r>
          </w:p>
        </w:tc>
        <w:tc>
          <w:tcPr>
            <w:tcW w:type="dxa" w:w="2948"/>
          </w:tcPr>
          <w:p>
            <w:pPr>
              <w:spacing w:after="0"/>
            </w:pPr>
            <w:r/>
            <w:r>
              <w:rPr>
                <w:rFonts w:ascii="Times New Roman" w:hAnsi="Times New Roman"/>
                <w:sz w:val="21"/>
              </w:rPr>
              <w:t>Số 01 đại lộ Giả Định, phường Trung Tâm</w:t>
            </w:r>
          </w:p>
        </w:tc>
        <w:tc>
          <w:tcPr>
            <w:tcW w:type="dxa" w:w="1474"/>
          </w:tcPr>
          <w:p>
            <w:pPr>
              <w:spacing w:after="0"/>
            </w:pPr>
            <w:r/>
            <w:r>
              <w:rPr>
                <w:rFonts w:ascii="Times New Roman" w:hAnsi="Times New Roman"/>
                <w:sz w:val="21"/>
              </w:rPr>
              <w:t>0238.3.999.000</w:t>
            </w:r>
          </w:p>
        </w:tc>
        <w:tc>
          <w:tcPr>
            <w:tcW w:type="dxa" w:w="1531"/>
          </w:tcPr>
          <w:p>
            <w:pPr>
              <w:spacing w:after="0"/>
            </w:pPr>
            <w:r/>
            <w:r>
              <w:rPr>
                <w:rFonts w:ascii="Times New Roman" w:hAnsi="Times New Roman"/>
                <w:sz w:val="21"/>
              </w:rPr>
              <w:t>ubnd@tpgia.gov.vn</w:t>
            </w:r>
          </w:p>
        </w:tc>
      </w:tr>
      <w:tr>
        <w:tc>
          <w:tcPr>
            <w:tcW w:type="dxa" w:w="567"/>
          </w:tcPr>
          <w:p>
            <w:pPr>
              <w:spacing w:after="0"/>
            </w:pPr>
            <w:r/>
            <w:r>
              <w:rPr>
                <w:rFonts w:ascii="Times New Roman" w:hAnsi="Times New Roman"/>
                <w:sz w:val="21"/>
              </w:rPr>
              <w:t>2</w:t>
            </w:r>
          </w:p>
        </w:tc>
        <w:tc>
          <w:tcPr>
            <w:tcW w:type="dxa" w:w="2551"/>
          </w:tcPr>
          <w:p>
            <w:pPr>
              <w:spacing w:after="0"/>
            </w:pPr>
            <w:r/>
            <w:r>
              <w:rPr>
                <w:rFonts w:ascii="Times New Roman" w:hAnsi="Times New Roman"/>
                <w:sz w:val="21"/>
              </w:rPr>
              <w:t>Trung tâm Phục vụ hành chính công Thành phố Giả</w:t>
            </w:r>
          </w:p>
        </w:tc>
        <w:tc>
          <w:tcPr>
            <w:tcW w:type="dxa" w:w="2948"/>
          </w:tcPr>
          <w:p>
            <w:pPr>
              <w:spacing w:after="0"/>
            </w:pPr>
            <w:r/>
            <w:r>
              <w:rPr>
                <w:rFonts w:ascii="Times New Roman" w:hAnsi="Times New Roman"/>
                <w:sz w:val="21"/>
              </w:rPr>
              <w:t>Số 22 đường Trần Hưng Đạo, phường Trung Tâm</w:t>
            </w:r>
          </w:p>
        </w:tc>
        <w:tc>
          <w:tcPr>
            <w:tcW w:type="dxa" w:w="1474"/>
          </w:tcPr>
          <w:p>
            <w:pPr>
              <w:spacing w:after="0"/>
            </w:pPr>
            <w:r/>
            <w:r>
              <w:rPr>
                <w:rFonts w:ascii="Times New Roman" w:hAnsi="Times New Roman"/>
                <w:sz w:val="21"/>
              </w:rPr>
              <w:t>0238.3.999.022</w:t>
            </w:r>
          </w:p>
        </w:tc>
        <w:tc>
          <w:tcPr>
            <w:tcW w:type="dxa" w:w="1531"/>
          </w:tcPr>
          <w:p>
            <w:pPr>
              <w:spacing w:after="0"/>
            </w:pPr>
            <w:r/>
            <w:r>
              <w:rPr>
                <w:rFonts w:ascii="Times New Roman" w:hAnsi="Times New Roman"/>
                <w:sz w:val="21"/>
              </w:rPr>
              <w:t>hcc@tpgia.gov.vn</w:t>
            </w:r>
          </w:p>
        </w:tc>
      </w:tr>
      <w:tr>
        <w:tc>
          <w:tcPr>
            <w:tcW w:type="dxa" w:w="567"/>
          </w:tcPr>
          <w:p>
            <w:pPr>
              <w:spacing w:after="0"/>
            </w:pPr>
            <w:r/>
            <w:r>
              <w:rPr>
                <w:rFonts w:ascii="Times New Roman" w:hAnsi="Times New Roman"/>
                <w:sz w:val="21"/>
              </w:rPr>
              <w:t>3</w:t>
            </w:r>
          </w:p>
        </w:tc>
        <w:tc>
          <w:tcPr>
            <w:tcW w:type="dxa" w:w="2551"/>
          </w:tcPr>
          <w:p>
            <w:pPr>
              <w:spacing w:after="0"/>
            </w:pPr>
            <w:r/>
            <w:r>
              <w:rPr>
                <w:rFonts w:ascii="Times New Roman" w:hAnsi="Times New Roman"/>
                <w:sz w:val="21"/>
              </w:rPr>
              <w:t>Sở Nội vụ</w:t>
            </w:r>
          </w:p>
        </w:tc>
        <w:tc>
          <w:tcPr>
            <w:tcW w:type="dxa" w:w="2948"/>
          </w:tcPr>
          <w:p>
            <w:pPr>
              <w:spacing w:after="0"/>
            </w:pPr>
            <w:r/>
            <w:r>
              <w:rPr>
                <w:rFonts w:ascii="Times New Roman" w:hAnsi="Times New Roman"/>
                <w:sz w:val="21"/>
              </w:rPr>
              <w:t>Số 67 đường Phan Bội Châu, phường Trung Tâm</w:t>
            </w:r>
          </w:p>
        </w:tc>
        <w:tc>
          <w:tcPr>
            <w:tcW w:type="dxa" w:w="1474"/>
          </w:tcPr>
          <w:p>
            <w:pPr>
              <w:spacing w:after="0"/>
            </w:pPr>
            <w:r/>
            <w:r>
              <w:rPr>
                <w:rFonts w:ascii="Times New Roman" w:hAnsi="Times New Roman"/>
                <w:sz w:val="21"/>
              </w:rPr>
              <w:t>0238.3.844.070</w:t>
            </w:r>
          </w:p>
        </w:tc>
        <w:tc>
          <w:tcPr>
            <w:tcW w:type="dxa" w:w="1531"/>
          </w:tcPr>
          <w:p>
            <w:pPr>
              <w:spacing w:after="0"/>
            </w:pPr>
            <w:r/>
            <w:r>
              <w:rPr>
                <w:rFonts w:ascii="Times New Roman" w:hAnsi="Times New Roman"/>
                <w:sz w:val="21"/>
              </w:rPr>
              <w:t>snv@tpgia.gov.vn</w:t>
            </w:r>
          </w:p>
        </w:tc>
      </w:tr>
      <w:tr>
        <w:tc>
          <w:tcPr>
            <w:tcW w:type="dxa" w:w="567"/>
          </w:tcPr>
          <w:p>
            <w:pPr>
              <w:spacing w:after="0"/>
            </w:pPr>
            <w:r/>
            <w:r>
              <w:rPr>
                <w:rFonts w:ascii="Times New Roman" w:hAnsi="Times New Roman"/>
                <w:sz w:val="21"/>
              </w:rPr>
              <w:t>4</w:t>
            </w:r>
          </w:p>
        </w:tc>
        <w:tc>
          <w:tcPr>
            <w:tcW w:type="dxa" w:w="2551"/>
          </w:tcPr>
          <w:p>
            <w:pPr>
              <w:spacing w:after="0"/>
            </w:pPr>
            <w:r/>
            <w:r>
              <w:rPr>
                <w:rFonts w:ascii="Times New Roman" w:hAnsi="Times New Roman"/>
                <w:sz w:val="21"/>
              </w:rPr>
              <w:t>Sở Tài chính</w:t>
            </w:r>
          </w:p>
        </w:tc>
        <w:tc>
          <w:tcPr>
            <w:tcW w:type="dxa" w:w="2948"/>
          </w:tcPr>
          <w:p>
            <w:pPr>
              <w:spacing w:after="0"/>
            </w:pPr>
            <w:r/>
            <w:r>
              <w:rPr>
                <w:rFonts w:ascii="Times New Roman" w:hAnsi="Times New Roman"/>
                <w:sz w:val="21"/>
              </w:rPr>
              <w:t>Số 12 đại lộ Giả Định, phường Trung Tâm</w:t>
            </w:r>
          </w:p>
        </w:tc>
        <w:tc>
          <w:tcPr>
            <w:tcW w:type="dxa" w:w="1474"/>
          </w:tcPr>
          <w:p>
            <w:pPr>
              <w:spacing w:after="0"/>
            </w:pPr>
            <w:r/>
            <w:r>
              <w:rPr>
                <w:rFonts w:ascii="Times New Roman" w:hAnsi="Times New Roman"/>
                <w:sz w:val="21"/>
              </w:rPr>
              <w:t>0238.3.844.080</w:t>
            </w:r>
          </w:p>
        </w:tc>
        <w:tc>
          <w:tcPr>
            <w:tcW w:type="dxa" w:w="1531"/>
          </w:tcPr>
          <w:p>
            <w:pPr>
              <w:spacing w:after="0"/>
            </w:pPr>
            <w:r/>
            <w:r>
              <w:rPr>
                <w:rFonts w:ascii="Times New Roman" w:hAnsi="Times New Roman"/>
                <w:sz w:val="21"/>
              </w:rPr>
              <w:t>stc@tpgia.gov.vn</w:t>
            </w:r>
          </w:p>
        </w:tc>
      </w:tr>
      <w:tr>
        <w:tc>
          <w:tcPr>
            <w:tcW w:type="dxa" w:w="567"/>
          </w:tcPr>
          <w:p>
            <w:pPr>
              <w:spacing w:after="0"/>
            </w:pPr>
            <w:r/>
            <w:r>
              <w:rPr>
                <w:rFonts w:ascii="Times New Roman" w:hAnsi="Times New Roman"/>
                <w:sz w:val="21"/>
              </w:rPr>
              <w:t>5</w:t>
            </w:r>
          </w:p>
        </w:tc>
        <w:tc>
          <w:tcPr>
            <w:tcW w:type="dxa" w:w="2551"/>
          </w:tcPr>
          <w:p>
            <w:pPr>
              <w:spacing w:after="0"/>
            </w:pPr>
            <w:r/>
            <w:r>
              <w:rPr>
                <w:rFonts w:ascii="Times New Roman" w:hAnsi="Times New Roman"/>
                <w:sz w:val="21"/>
              </w:rPr>
              <w:t>Sở Tư pháp</w:t>
            </w:r>
          </w:p>
        </w:tc>
        <w:tc>
          <w:tcPr>
            <w:tcW w:type="dxa" w:w="2948"/>
          </w:tcPr>
          <w:p>
            <w:pPr>
              <w:spacing w:after="0"/>
            </w:pPr>
            <w:r/>
            <w:r>
              <w:rPr>
                <w:rFonts w:ascii="Times New Roman" w:hAnsi="Times New Roman"/>
                <w:sz w:val="21"/>
              </w:rPr>
              <w:t>Số 45 đường Phan Bội Châu, phường Trung Tâm</w:t>
            </w:r>
          </w:p>
        </w:tc>
        <w:tc>
          <w:tcPr>
            <w:tcW w:type="dxa" w:w="1474"/>
          </w:tcPr>
          <w:p>
            <w:pPr>
              <w:spacing w:after="0"/>
            </w:pPr>
            <w:r/>
            <w:r>
              <w:rPr>
                <w:rFonts w:ascii="Times New Roman" w:hAnsi="Times New Roman"/>
                <w:sz w:val="21"/>
              </w:rPr>
              <w:t>0238.3.844.095</w:t>
            </w:r>
          </w:p>
        </w:tc>
        <w:tc>
          <w:tcPr>
            <w:tcW w:type="dxa" w:w="1531"/>
          </w:tcPr>
          <w:p>
            <w:pPr>
              <w:spacing w:after="0"/>
            </w:pPr>
            <w:r/>
            <w:r>
              <w:rPr>
                <w:rFonts w:ascii="Times New Roman" w:hAnsi="Times New Roman"/>
                <w:sz w:val="21"/>
              </w:rPr>
              <w:t>stp@tpgia.gov.vn</w:t>
            </w:r>
          </w:p>
        </w:tc>
      </w:tr>
      <w:tr>
        <w:tc>
          <w:tcPr>
            <w:tcW w:type="dxa" w:w="567"/>
          </w:tcPr>
          <w:p>
            <w:pPr>
              <w:spacing w:after="0"/>
            </w:pPr>
            <w:r/>
            <w:r>
              <w:rPr>
                <w:rFonts w:ascii="Times New Roman" w:hAnsi="Times New Roman"/>
                <w:sz w:val="21"/>
              </w:rPr>
              <w:t>6</w:t>
            </w:r>
          </w:p>
        </w:tc>
        <w:tc>
          <w:tcPr>
            <w:tcW w:type="dxa" w:w="2551"/>
          </w:tcPr>
          <w:p>
            <w:pPr>
              <w:spacing w:after="0"/>
            </w:pPr>
            <w:r/>
            <w:r>
              <w:rPr>
                <w:rFonts w:ascii="Times New Roman" w:hAnsi="Times New Roman"/>
                <w:sz w:val="21"/>
              </w:rPr>
              <w:t>Sở Xây dựng</w:t>
            </w:r>
          </w:p>
        </w:tc>
        <w:tc>
          <w:tcPr>
            <w:tcW w:type="dxa" w:w="2948"/>
          </w:tcPr>
          <w:p>
            <w:pPr>
              <w:spacing w:after="0"/>
            </w:pPr>
            <w:r/>
            <w:r>
              <w:rPr>
                <w:rFonts w:ascii="Times New Roman" w:hAnsi="Times New Roman"/>
                <w:sz w:val="21"/>
              </w:rPr>
              <w:t>Số 88 đường Lý Thường Kiệt, phường Quang Trung</w:t>
            </w:r>
          </w:p>
        </w:tc>
        <w:tc>
          <w:tcPr>
            <w:tcW w:type="dxa" w:w="1474"/>
          </w:tcPr>
          <w:p>
            <w:pPr>
              <w:spacing w:after="0"/>
            </w:pPr>
            <w:r/>
            <w:r>
              <w:rPr>
                <w:rFonts w:ascii="Times New Roman" w:hAnsi="Times New Roman"/>
                <w:sz w:val="21"/>
              </w:rPr>
              <w:t>0238.3.844.120</w:t>
            </w:r>
          </w:p>
        </w:tc>
        <w:tc>
          <w:tcPr>
            <w:tcW w:type="dxa" w:w="1531"/>
          </w:tcPr>
          <w:p>
            <w:pPr>
              <w:spacing w:after="0"/>
            </w:pPr>
            <w:r/>
            <w:r>
              <w:rPr>
                <w:rFonts w:ascii="Times New Roman" w:hAnsi="Times New Roman"/>
                <w:sz w:val="21"/>
              </w:rPr>
              <w:t>sxd@tpgia.gov.vn</w:t>
            </w:r>
          </w:p>
        </w:tc>
      </w:tr>
      <w:tr>
        <w:tc>
          <w:tcPr>
            <w:tcW w:type="dxa" w:w="567"/>
          </w:tcPr>
          <w:p>
            <w:pPr>
              <w:spacing w:after="0"/>
            </w:pPr>
            <w:r/>
            <w:r>
              <w:rPr>
                <w:rFonts w:ascii="Times New Roman" w:hAnsi="Times New Roman"/>
                <w:sz w:val="21"/>
              </w:rPr>
              <w:t>7</w:t>
            </w:r>
          </w:p>
        </w:tc>
        <w:tc>
          <w:tcPr>
            <w:tcW w:type="dxa" w:w="2551"/>
          </w:tcPr>
          <w:p>
            <w:pPr>
              <w:spacing w:after="0"/>
            </w:pPr>
            <w:r/>
            <w:r>
              <w:rPr>
                <w:rFonts w:ascii="Times New Roman" w:hAnsi="Times New Roman"/>
                <w:sz w:val="21"/>
              </w:rPr>
              <w:t>Sở Tài nguyên và Môi trường</w:t>
            </w:r>
          </w:p>
        </w:tc>
        <w:tc>
          <w:tcPr>
            <w:tcW w:type="dxa" w:w="2948"/>
          </w:tcPr>
          <w:p>
            <w:pPr>
              <w:spacing w:after="0"/>
            </w:pPr>
            <w:r/>
            <w:r>
              <w:rPr>
                <w:rFonts w:ascii="Times New Roman" w:hAnsi="Times New Roman"/>
                <w:sz w:val="21"/>
              </w:rPr>
              <w:t>Số 92 đường Lý Thường Kiệt, phường Quang Trung</w:t>
            </w:r>
          </w:p>
        </w:tc>
        <w:tc>
          <w:tcPr>
            <w:tcW w:type="dxa" w:w="1474"/>
          </w:tcPr>
          <w:p>
            <w:pPr>
              <w:spacing w:after="0"/>
            </w:pPr>
            <w:r/>
            <w:r>
              <w:rPr>
                <w:rFonts w:ascii="Times New Roman" w:hAnsi="Times New Roman"/>
                <w:sz w:val="21"/>
              </w:rPr>
              <w:t>0238.3.844.150</w:t>
            </w:r>
          </w:p>
        </w:tc>
        <w:tc>
          <w:tcPr>
            <w:tcW w:type="dxa" w:w="1531"/>
          </w:tcPr>
          <w:p>
            <w:pPr>
              <w:spacing w:after="0"/>
            </w:pPr>
            <w:r/>
            <w:r>
              <w:rPr>
                <w:rFonts w:ascii="Times New Roman" w:hAnsi="Times New Roman"/>
                <w:sz w:val="21"/>
              </w:rPr>
              <w:t>stnmt@tpgia.gov.vn</w:t>
            </w:r>
          </w:p>
        </w:tc>
      </w:tr>
      <w:tr>
        <w:tc>
          <w:tcPr>
            <w:tcW w:type="dxa" w:w="567"/>
          </w:tcPr>
          <w:p>
            <w:pPr>
              <w:spacing w:after="0"/>
            </w:pPr>
            <w:r/>
            <w:r>
              <w:rPr>
                <w:rFonts w:ascii="Times New Roman" w:hAnsi="Times New Roman"/>
                <w:sz w:val="21"/>
              </w:rPr>
              <w:t>8</w:t>
            </w:r>
          </w:p>
        </w:tc>
        <w:tc>
          <w:tcPr>
            <w:tcW w:type="dxa" w:w="2551"/>
          </w:tcPr>
          <w:p>
            <w:pPr>
              <w:spacing w:after="0"/>
            </w:pPr>
            <w:r/>
            <w:r>
              <w:rPr>
                <w:rFonts w:ascii="Times New Roman" w:hAnsi="Times New Roman"/>
                <w:sz w:val="21"/>
              </w:rPr>
              <w:t>Sở Giao thông vận tải</w:t>
            </w:r>
          </w:p>
        </w:tc>
        <w:tc>
          <w:tcPr>
            <w:tcW w:type="dxa" w:w="2948"/>
          </w:tcPr>
          <w:p>
            <w:pPr>
              <w:spacing w:after="0"/>
            </w:pPr>
            <w:r/>
            <w:r>
              <w:rPr>
                <w:rFonts w:ascii="Times New Roman" w:hAnsi="Times New Roman"/>
                <w:sz w:val="21"/>
              </w:rPr>
              <w:t>Số 30 đường Nguyễn Trãi, phường Quang Trung</w:t>
            </w:r>
          </w:p>
        </w:tc>
        <w:tc>
          <w:tcPr>
            <w:tcW w:type="dxa" w:w="1474"/>
          </w:tcPr>
          <w:p>
            <w:pPr>
              <w:spacing w:after="0"/>
            </w:pPr>
            <w:r/>
            <w:r>
              <w:rPr>
                <w:rFonts w:ascii="Times New Roman" w:hAnsi="Times New Roman"/>
                <w:sz w:val="21"/>
              </w:rPr>
              <w:t>0238.3.844.165</w:t>
            </w:r>
          </w:p>
        </w:tc>
        <w:tc>
          <w:tcPr>
            <w:tcW w:type="dxa" w:w="1531"/>
          </w:tcPr>
          <w:p>
            <w:pPr>
              <w:spacing w:after="0"/>
            </w:pPr>
            <w:r/>
            <w:r>
              <w:rPr>
                <w:rFonts w:ascii="Times New Roman" w:hAnsi="Times New Roman"/>
                <w:sz w:val="21"/>
              </w:rPr>
              <w:t>sgtvt@tpgia.gov.vn</w:t>
            </w:r>
          </w:p>
        </w:tc>
      </w:tr>
      <w:tr>
        <w:tc>
          <w:tcPr>
            <w:tcW w:type="dxa" w:w="567"/>
          </w:tcPr>
          <w:p>
            <w:pPr>
              <w:spacing w:after="0"/>
            </w:pPr>
            <w:r/>
            <w:r>
              <w:rPr>
                <w:rFonts w:ascii="Times New Roman" w:hAnsi="Times New Roman"/>
                <w:sz w:val="21"/>
              </w:rPr>
              <w:t>9</w:t>
            </w:r>
          </w:p>
        </w:tc>
        <w:tc>
          <w:tcPr>
            <w:tcW w:type="dxa" w:w="2551"/>
          </w:tcPr>
          <w:p>
            <w:pPr>
              <w:spacing w:after="0"/>
            </w:pPr>
            <w:r/>
            <w:r>
              <w:rPr>
                <w:rFonts w:ascii="Times New Roman" w:hAnsi="Times New Roman"/>
                <w:sz w:val="21"/>
              </w:rPr>
              <w:t>Sở Công Thương</w:t>
            </w:r>
          </w:p>
        </w:tc>
        <w:tc>
          <w:tcPr>
            <w:tcW w:type="dxa" w:w="2948"/>
          </w:tcPr>
          <w:p>
            <w:pPr>
              <w:spacing w:after="0"/>
            </w:pPr>
            <w:r/>
            <w:r>
              <w:rPr>
                <w:rFonts w:ascii="Times New Roman" w:hAnsi="Times New Roman"/>
                <w:sz w:val="21"/>
              </w:rPr>
              <w:t>Số 55 đường Nguyễn Du, phường Trường Thi</w:t>
            </w:r>
          </w:p>
        </w:tc>
        <w:tc>
          <w:tcPr>
            <w:tcW w:type="dxa" w:w="1474"/>
          </w:tcPr>
          <w:p>
            <w:pPr>
              <w:spacing w:after="0"/>
            </w:pPr>
            <w:r/>
            <w:r>
              <w:rPr>
                <w:rFonts w:ascii="Times New Roman" w:hAnsi="Times New Roman"/>
                <w:sz w:val="21"/>
              </w:rPr>
              <w:t>0238.3.844.180</w:t>
            </w:r>
          </w:p>
        </w:tc>
        <w:tc>
          <w:tcPr>
            <w:tcW w:type="dxa" w:w="1531"/>
          </w:tcPr>
          <w:p>
            <w:pPr>
              <w:spacing w:after="0"/>
            </w:pPr>
            <w:r/>
            <w:r>
              <w:rPr>
                <w:rFonts w:ascii="Times New Roman" w:hAnsi="Times New Roman"/>
                <w:sz w:val="21"/>
              </w:rPr>
              <w:t>sct@tpgia.gov.vn</w:t>
            </w:r>
          </w:p>
        </w:tc>
      </w:tr>
      <w:tr>
        <w:tc>
          <w:tcPr>
            <w:tcW w:type="dxa" w:w="567"/>
          </w:tcPr>
          <w:p>
            <w:pPr>
              <w:spacing w:after="0"/>
            </w:pPr>
            <w:r/>
            <w:r>
              <w:rPr>
                <w:rFonts w:ascii="Times New Roman" w:hAnsi="Times New Roman"/>
                <w:sz w:val="21"/>
              </w:rPr>
              <w:t>10</w:t>
            </w:r>
          </w:p>
        </w:tc>
        <w:tc>
          <w:tcPr>
            <w:tcW w:type="dxa" w:w="2551"/>
          </w:tcPr>
          <w:p>
            <w:pPr>
              <w:spacing w:after="0"/>
            </w:pPr>
            <w:r/>
            <w:r>
              <w:rPr>
                <w:rFonts w:ascii="Times New Roman" w:hAnsi="Times New Roman"/>
                <w:sz w:val="21"/>
              </w:rPr>
              <w:t>Sở Nông nghiệp và Phát triển nông thôn</w:t>
            </w:r>
          </w:p>
        </w:tc>
        <w:tc>
          <w:tcPr>
            <w:tcW w:type="dxa" w:w="2948"/>
          </w:tcPr>
          <w:p>
            <w:pPr>
              <w:spacing w:after="0"/>
            </w:pPr>
            <w:r/>
            <w:r>
              <w:rPr>
                <w:rFonts w:ascii="Times New Roman" w:hAnsi="Times New Roman"/>
                <w:sz w:val="21"/>
              </w:rPr>
              <w:t>Số 140 đường Hồ Tùng Mậu, phường Hòa Bình</w:t>
            </w:r>
          </w:p>
        </w:tc>
        <w:tc>
          <w:tcPr>
            <w:tcW w:type="dxa" w:w="1474"/>
          </w:tcPr>
          <w:p>
            <w:pPr>
              <w:spacing w:after="0"/>
            </w:pPr>
            <w:r/>
            <w:r>
              <w:rPr>
                <w:rFonts w:ascii="Times New Roman" w:hAnsi="Times New Roman"/>
                <w:sz w:val="21"/>
              </w:rPr>
              <w:t>0238.3.844.195</w:t>
            </w:r>
          </w:p>
        </w:tc>
        <w:tc>
          <w:tcPr>
            <w:tcW w:type="dxa" w:w="1531"/>
          </w:tcPr>
          <w:p>
            <w:pPr>
              <w:spacing w:after="0"/>
            </w:pPr>
            <w:r/>
            <w:r>
              <w:rPr>
                <w:rFonts w:ascii="Times New Roman" w:hAnsi="Times New Roman"/>
                <w:sz w:val="21"/>
              </w:rPr>
              <w:t>snnptnt@tpgia.gov.vn</w:t>
            </w:r>
          </w:p>
        </w:tc>
      </w:tr>
      <w:tr>
        <w:tc>
          <w:tcPr>
            <w:tcW w:type="dxa" w:w="567"/>
          </w:tcPr>
          <w:p>
            <w:pPr>
              <w:spacing w:after="0"/>
            </w:pPr>
            <w:r/>
            <w:r>
              <w:rPr>
                <w:rFonts w:ascii="Times New Roman" w:hAnsi="Times New Roman"/>
                <w:sz w:val="21"/>
              </w:rPr>
              <w:t>11</w:t>
            </w:r>
          </w:p>
        </w:tc>
        <w:tc>
          <w:tcPr>
            <w:tcW w:type="dxa" w:w="2551"/>
          </w:tcPr>
          <w:p>
            <w:pPr>
              <w:spacing w:after="0"/>
            </w:pPr>
            <w:r/>
            <w:r>
              <w:rPr>
                <w:rFonts w:ascii="Times New Roman" w:hAnsi="Times New Roman"/>
                <w:sz w:val="21"/>
              </w:rPr>
              <w:t>Sở Giáo dục và Đào tạo</w:t>
            </w:r>
          </w:p>
        </w:tc>
        <w:tc>
          <w:tcPr>
            <w:tcW w:type="dxa" w:w="2948"/>
          </w:tcPr>
          <w:p>
            <w:pPr>
              <w:spacing w:after="0"/>
            </w:pPr>
            <w:r/>
            <w:r>
              <w:rPr>
                <w:rFonts w:ascii="Times New Roman" w:hAnsi="Times New Roman"/>
                <w:sz w:val="21"/>
              </w:rPr>
              <w:t>Số 67 đường Phan Bội Châu, phường Trung Tâm</w:t>
            </w:r>
          </w:p>
        </w:tc>
        <w:tc>
          <w:tcPr>
            <w:tcW w:type="dxa" w:w="1474"/>
          </w:tcPr>
          <w:p>
            <w:pPr>
              <w:spacing w:after="0"/>
            </w:pPr>
            <w:r/>
            <w:r>
              <w:rPr>
                <w:rFonts w:ascii="Times New Roman" w:hAnsi="Times New Roman"/>
                <w:sz w:val="21"/>
              </w:rPr>
              <w:t>0238.3.844.067</w:t>
            </w:r>
          </w:p>
        </w:tc>
        <w:tc>
          <w:tcPr>
            <w:tcW w:type="dxa" w:w="1531"/>
          </w:tcPr>
          <w:p>
            <w:pPr>
              <w:spacing w:after="0"/>
            </w:pPr>
            <w:r/>
            <w:r>
              <w:rPr>
                <w:rFonts w:ascii="Times New Roman" w:hAnsi="Times New Roman"/>
                <w:sz w:val="21"/>
              </w:rPr>
              <w:t>sogddt@tpgia.gov.vn</w:t>
            </w:r>
          </w:p>
        </w:tc>
      </w:tr>
      <w:tr>
        <w:tc>
          <w:tcPr>
            <w:tcW w:type="dxa" w:w="567"/>
          </w:tcPr>
          <w:p>
            <w:pPr>
              <w:spacing w:after="0"/>
            </w:pPr>
            <w:r/>
            <w:r>
              <w:rPr>
                <w:rFonts w:ascii="Times New Roman" w:hAnsi="Times New Roman"/>
                <w:sz w:val="21"/>
              </w:rPr>
              <w:t>12</w:t>
            </w:r>
          </w:p>
        </w:tc>
        <w:tc>
          <w:tcPr>
            <w:tcW w:type="dxa" w:w="2551"/>
          </w:tcPr>
          <w:p>
            <w:pPr>
              <w:spacing w:after="0"/>
            </w:pPr>
            <w:r/>
            <w:r>
              <w:rPr>
                <w:rFonts w:ascii="Times New Roman" w:hAnsi="Times New Roman"/>
                <w:sz w:val="21"/>
              </w:rPr>
              <w:t>Sở Y tế</w:t>
            </w:r>
          </w:p>
        </w:tc>
        <w:tc>
          <w:tcPr>
            <w:tcW w:type="dxa" w:w="2948"/>
          </w:tcPr>
          <w:p>
            <w:pPr>
              <w:spacing w:after="0"/>
            </w:pPr>
            <w:r/>
            <w:r>
              <w:rPr>
                <w:rFonts w:ascii="Times New Roman" w:hAnsi="Times New Roman"/>
                <w:sz w:val="21"/>
              </w:rPr>
              <w:t>Số 25 đường Lê Lợi, phường Lê Lợi</w:t>
            </w:r>
          </w:p>
        </w:tc>
        <w:tc>
          <w:tcPr>
            <w:tcW w:type="dxa" w:w="1474"/>
          </w:tcPr>
          <w:p>
            <w:pPr>
              <w:spacing w:after="0"/>
            </w:pPr>
            <w:r/>
            <w:r>
              <w:rPr>
                <w:rFonts w:ascii="Times New Roman" w:hAnsi="Times New Roman"/>
                <w:sz w:val="21"/>
              </w:rPr>
              <w:t>0238.3.844.210</w:t>
            </w:r>
          </w:p>
        </w:tc>
        <w:tc>
          <w:tcPr>
            <w:tcW w:type="dxa" w:w="1531"/>
          </w:tcPr>
          <w:p>
            <w:pPr>
              <w:spacing w:after="0"/>
            </w:pPr>
            <w:r/>
            <w:r>
              <w:rPr>
                <w:rFonts w:ascii="Times New Roman" w:hAnsi="Times New Roman"/>
                <w:sz w:val="21"/>
              </w:rPr>
              <w:t>syt@tpgia.gov.vn</w:t>
            </w:r>
          </w:p>
        </w:tc>
      </w:tr>
      <w:tr>
        <w:tc>
          <w:tcPr>
            <w:tcW w:type="dxa" w:w="567"/>
          </w:tcPr>
          <w:p>
            <w:pPr>
              <w:spacing w:after="0"/>
            </w:pPr>
            <w:r/>
            <w:r>
              <w:rPr>
                <w:rFonts w:ascii="Times New Roman" w:hAnsi="Times New Roman"/>
                <w:sz w:val="21"/>
              </w:rPr>
              <w:t>13</w:t>
            </w:r>
          </w:p>
        </w:tc>
        <w:tc>
          <w:tcPr>
            <w:tcW w:type="dxa" w:w="2551"/>
          </w:tcPr>
          <w:p>
            <w:pPr>
              <w:spacing w:after="0"/>
            </w:pPr>
            <w:r/>
            <w:r>
              <w:rPr>
                <w:rFonts w:ascii="Times New Roman" w:hAnsi="Times New Roman"/>
                <w:sz w:val="21"/>
              </w:rPr>
              <w:t>Sở Văn hóa, Thể thao và Du lịch</w:t>
            </w:r>
          </w:p>
        </w:tc>
        <w:tc>
          <w:tcPr>
            <w:tcW w:type="dxa" w:w="2948"/>
          </w:tcPr>
          <w:p>
            <w:pPr>
              <w:spacing w:after="0"/>
            </w:pPr>
            <w:r/>
            <w:r>
              <w:rPr>
                <w:rFonts w:ascii="Times New Roman" w:hAnsi="Times New Roman"/>
                <w:sz w:val="21"/>
              </w:rPr>
              <w:t>Số 07 đại lộ Giả Định, phường Trung Tâm</w:t>
            </w:r>
          </w:p>
        </w:tc>
        <w:tc>
          <w:tcPr>
            <w:tcW w:type="dxa" w:w="1474"/>
          </w:tcPr>
          <w:p>
            <w:pPr>
              <w:spacing w:after="0"/>
            </w:pPr>
            <w:r/>
            <w:r>
              <w:rPr>
                <w:rFonts w:ascii="Times New Roman" w:hAnsi="Times New Roman"/>
                <w:sz w:val="21"/>
              </w:rPr>
              <w:t>0238.3.844.225</w:t>
            </w:r>
          </w:p>
        </w:tc>
        <w:tc>
          <w:tcPr>
            <w:tcW w:type="dxa" w:w="1531"/>
          </w:tcPr>
          <w:p>
            <w:pPr>
              <w:spacing w:after="0"/>
            </w:pPr>
            <w:r/>
            <w:r>
              <w:rPr>
                <w:rFonts w:ascii="Times New Roman" w:hAnsi="Times New Roman"/>
                <w:sz w:val="21"/>
              </w:rPr>
              <w:t>svhttdl@tpgia.gov.vn</w:t>
            </w:r>
          </w:p>
        </w:tc>
      </w:tr>
      <w:tr>
        <w:tc>
          <w:tcPr>
            <w:tcW w:type="dxa" w:w="567"/>
          </w:tcPr>
          <w:p>
            <w:pPr>
              <w:spacing w:after="0"/>
            </w:pPr>
            <w:r/>
            <w:r>
              <w:rPr>
                <w:rFonts w:ascii="Times New Roman" w:hAnsi="Times New Roman"/>
                <w:sz w:val="21"/>
              </w:rPr>
              <w:t>14</w:t>
            </w:r>
          </w:p>
        </w:tc>
        <w:tc>
          <w:tcPr>
            <w:tcW w:type="dxa" w:w="2551"/>
          </w:tcPr>
          <w:p>
            <w:pPr>
              <w:spacing w:after="0"/>
            </w:pPr>
            <w:r/>
            <w:r>
              <w:rPr>
                <w:rFonts w:ascii="Times New Roman" w:hAnsi="Times New Roman"/>
                <w:sz w:val="21"/>
              </w:rPr>
              <w:t>Sở Khoa học và Công nghệ</w:t>
            </w:r>
          </w:p>
        </w:tc>
        <w:tc>
          <w:tcPr>
            <w:tcW w:type="dxa" w:w="2948"/>
          </w:tcPr>
          <w:p>
            <w:pPr>
              <w:spacing w:after="0"/>
            </w:pPr>
            <w:r/>
            <w:r>
              <w:rPr>
                <w:rFonts w:ascii="Times New Roman" w:hAnsi="Times New Roman"/>
                <w:sz w:val="21"/>
              </w:rPr>
              <w:t>Số 19 đường Nguyễn Du, phường Trường Thi</w:t>
            </w:r>
          </w:p>
        </w:tc>
        <w:tc>
          <w:tcPr>
            <w:tcW w:type="dxa" w:w="1474"/>
          </w:tcPr>
          <w:p>
            <w:pPr>
              <w:spacing w:after="0"/>
            </w:pPr>
            <w:r/>
            <w:r>
              <w:rPr>
                <w:rFonts w:ascii="Times New Roman" w:hAnsi="Times New Roman"/>
                <w:sz w:val="21"/>
              </w:rPr>
              <w:t>0238.3.844.240</w:t>
            </w:r>
          </w:p>
        </w:tc>
        <w:tc>
          <w:tcPr>
            <w:tcW w:type="dxa" w:w="1531"/>
          </w:tcPr>
          <w:p>
            <w:pPr>
              <w:spacing w:after="0"/>
            </w:pPr>
            <w:r/>
            <w:r>
              <w:rPr>
                <w:rFonts w:ascii="Times New Roman" w:hAnsi="Times New Roman"/>
                <w:sz w:val="21"/>
              </w:rPr>
              <w:t>skhcn@tpgia.gov.vn</w:t>
            </w:r>
          </w:p>
        </w:tc>
      </w:tr>
      <w:tr>
        <w:tc>
          <w:tcPr>
            <w:tcW w:type="dxa" w:w="567"/>
          </w:tcPr>
          <w:p>
            <w:pPr>
              <w:spacing w:after="0"/>
            </w:pPr>
            <w:r/>
            <w:r>
              <w:rPr>
                <w:rFonts w:ascii="Times New Roman" w:hAnsi="Times New Roman"/>
                <w:sz w:val="21"/>
              </w:rPr>
              <w:t>15</w:t>
            </w:r>
          </w:p>
        </w:tc>
        <w:tc>
          <w:tcPr>
            <w:tcW w:type="dxa" w:w="2551"/>
          </w:tcPr>
          <w:p>
            <w:pPr>
              <w:spacing w:after="0"/>
            </w:pPr>
            <w:r/>
            <w:r>
              <w:rPr>
                <w:rFonts w:ascii="Times New Roman" w:hAnsi="Times New Roman"/>
                <w:sz w:val="21"/>
              </w:rPr>
              <w:t>Thanh tra Thành phố Giả</w:t>
            </w:r>
          </w:p>
        </w:tc>
        <w:tc>
          <w:tcPr>
            <w:tcW w:type="dxa" w:w="2948"/>
          </w:tcPr>
          <w:p>
            <w:pPr>
              <w:spacing w:after="0"/>
            </w:pPr>
            <w:r/>
            <w:r>
              <w:rPr>
                <w:rFonts w:ascii="Times New Roman" w:hAnsi="Times New Roman"/>
                <w:sz w:val="21"/>
              </w:rPr>
              <w:t>Số 03 đại lộ Giả Định, phường Trung Tâm</w:t>
            </w:r>
          </w:p>
        </w:tc>
        <w:tc>
          <w:tcPr>
            <w:tcW w:type="dxa" w:w="1474"/>
          </w:tcPr>
          <w:p>
            <w:pPr>
              <w:spacing w:after="0"/>
            </w:pPr>
            <w:r/>
            <w:r>
              <w:rPr>
                <w:rFonts w:ascii="Times New Roman" w:hAnsi="Times New Roman"/>
                <w:sz w:val="21"/>
              </w:rPr>
              <w:t>0238.3.844.270</w:t>
            </w:r>
          </w:p>
        </w:tc>
        <w:tc>
          <w:tcPr>
            <w:tcW w:type="dxa" w:w="1531"/>
          </w:tcPr>
          <w:p>
            <w:pPr>
              <w:spacing w:after="0"/>
            </w:pPr>
            <w:r/>
            <w:r>
              <w:rPr>
                <w:rFonts w:ascii="Times New Roman" w:hAnsi="Times New Roman"/>
                <w:sz w:val="21"/>
              </w:rPr>
              <w:t>thanhtra@tpgia.gov.vn</w:t>
            </w:r>
          </w:p>
        </w:tc>
      </w:tr>
      <w:tr>
        <w:tc>
          <w:tcPr>
            <w:tcW w:type="dxa" w:w="567"/>
          </w:tcPr>
          <w:p>
            <w:pPr>
              <w:spacing w:after="0"/>
            </w:pPr>
            <w:r/>
            <w:r>
              <w:rPr>
                <w:rFonts w:ascii="Times New Roman" w:hAnsi="Times New Roman"/>
                <w:sz w:val="21"/>
              </w:rPr>
              <w:t>16</w:t>
            </w:r>
          </w:p>
        </w:tc>
        <w:tc>
          <w:tcPr>
            <w:tcW w:type="dxa" w:w="2551"/>
          </w:tcPr>
          <w:p>
            <w:pPr>
              <w:spacing w:after="0"/>
            </w:pPr>
            <w:r/>
            <w:r>
              <w:rPr>
                <w:rFonts w:ascii="Times New Roman" w:hAnsi="Times New Roman"/>
                <w:sz w:val="21"/>
              </w:rPr>
              <w:t>Ban Quản lý Khu kinh tế Cửa Giả</w:t>
            </w:r>
          </w:p>
        </w:tc>
        <w:tc>
          <w:tcPr>
            <w:tcW w:type="dxa" w:w="2948"/>
          </w:tcPr>
          <w:p>
            <w:pPr>
              <w:spacing w:after="0"/>
            </w:pPr>
            <w:r/>
            <w:r>
              <w:rPr>
                <w:rFonts w:ascii="Times New Roman" w:hAnsi="Times New Roman"/>
                <w:sz w:val="21"/>
              </w:rPr>
              <w:t>Số 210 đường Cửa Giả, phường Cửa Giả</w:t>
            </w:r>
          </w:p>
        </w:tc>
        <w:tc>
          <w:tcPr>
            <w:tcW w:type="dxa" w:w="1474"/>
          </w:tcPr>
          <w:p>
            <w:pPr>
              <w:spacing w:after="0"/>
            </w:pPr>
            <w:r/>
            <w:r>
              <w:rPr>
                <w:rFonts w:ascii="Times New Roman" w:hAnsi="Times New Roman"/>
                <w:sz w:val="21"/>
              </w:rPr>
              <w:t>0238.3.844.300</w:t>
            </w:r>
          </w:p>
        </w:tc>
        <w:tc>
          <w:tcPr>
            <w:tcW w:type="dxa" w:w="1531"/>
          </w:tcPr>
          <w:p>
            <w:pPr>
              <w:spacing w:after="0"/>
            </w:pPr>
            <w:r/>
            <w:r>
              <w:rPr>
                <w:rFonts w:ascii="Times New Roman" w:hAnsi="Times New Roman"/>
                <w:sz w:val="21"/>
              </w:rPr>
              <w:t>bqlkkt@tpgia.gov.vn</w:t>
            </w:r>
          </w:p>
        </w:tc>
      </w:tr>
      <w:tr>
        <w:tc>
          <w:tcPr>
            <w:tcW w:type="dxa" w:w="567"/>
          </w:tcPr>
          <w:p>
            <w:pPr>
              <w:spacing w:after="0"/>
            </w:pPr>
            <w:r/>
            <w:r>
              <w:rPr>
                <w:rFonts w:ascii="Times New Roman" w:hAnsi="Times New Roman"/>
                <w:sz w:val="21"/>
              </w:rPr>
              <w:t>17</w:t>
            </w:r>
          </w:p>
        </w:tc>
        <w:tc>
          <w:tcPr>
            <w:tcW w:type="dxa" w:w="2551"/>
          </w:tcPr>
          <w:p>
            <w:pPr>
              <w:spacing w:after="0"/>
            </w:pPr>
            <w:r/>
            <w:r>
              <w:rPr>
                <w:rFonts w:ascii="Times New Roman" w:hAnsi="Times New Roman"/>
                <w:sz w:val="21"/>
              </w:rPr>
              <w:t>Cục Thống kê Thành phố Giả</w:t>
            </w:r>
          </w:p>
        </w:tc>
        <w:tc>
          <w:tcPr>
            <w:tcW w:type="dxa" w:w="2948"/>
          </w:tcPr>
          <w:p>
            <w:pPr>
              <w:spacing w:after="0"/>
            </w:pPr>
            <w:r/>
            <w:r>
              <w:rPr>
                <w:rFonts w:ascii="Times New Roman" w:hAnsi="Times New Roman"/>
                <w:sz w:val="21"/>
              </w:rPr>
              <w:t>Số 16 đường Quang Trung, phường Quang Trung</w:t>
            </w:r>
          </w:p>
        </w:tc>
        <w:tc>
          <w:tcPr>
            <w:tcW w:type="dxa" w:w="1474"/>
          </w:tcPr>
          <w:p>
            <w:pPr>
              <w:spacing w:after="0"/>
            </w:pPr>
            <w:r/>
            <w:r>
              <w:rPr>
                <w:rFonts w:ascii="Times New Roman" w:hAnsi="Times New Roman"/>
                <w:sz w:val="21"/>
              </w:rPr>
              <w:t>0238.3.844.315</w:t>
            </w:r>
          </w:p>
        </w:tc>
        <w:tc>
          <w:tcPr>
            <w:tcW w:type="dxa" w:w="1531"/>
          </w:tcPr>
          <w:p>
            <w:pPr>
              <w:spacing w:after="0"/>
            </w:pPr>
            <w:r/>
            <w:r>
              <w:rPr>
                <w:rFonts w:ascii="Times New Roman" w:hAnsi="Times New Roman"/>
                <w:sz w:val="21"/>
              </w:rPr>
              <w:t>cuctk@tpgia.gov.vn</w:t>
            </w:r>
          </w:p>
        </w:tc>
      </w:tr>
    </w:tbl>
    <w:p/>
    <w:p>
      <w:pPr>
        <w:spacing w:after="80"/>
      </w:pPr>
      <w:r>
        <w:rPr>
          <w:rFonts w:ascii="Times New Roman" w:hAnsi="Times New Roman"/>
          <w:b/>
          <w:i w:val="0"/>
          <w:sz w:val="26"/>
        </w:rPr>
        <w:t>II. ỦY BAN NHÂN DÂN CÁC PHƯỜNG, XÃ</w:t>
      </w:r>
    </w:p>
    <w:tbl>
      <w:tblPr>
        <w:tblStyle w:val="TableGrid"/>
        <w:tblW w:type="auto" w:w="0"/>
        <w:tblLook w:firstColumn="1" w:firstRow="1" w:lastColumn="0" w:lastRow="0" w:noHBand="0" w:noVBand="1" w:val="04A0"/>
      </w:tblPr>
      <w:tblGrid>
        <w:gridCol w:w="2268"/>
        <w:gridCol w:w="2268"/>
        <w:gridCol w:w="2268"/>
        <w:gridCol w:w="2268"/>
      </w:tblGrid>
      <w:tr>
        <w:tc>
          <w:tcPr>
            <w:tcW w:type="dxa" w:w="680"/>
          </w:tcPr>
          <w:p>
            <w:pPr>
              <w:spacing w:after="0"/>
              <w:jc w:val="center"/>
            </w:pPr>
            <w:r/>
            <w:r>
              <w:rPr>
                <w:rFonts w:ascii="Times New Roman" w:hAnsi="Times New Roman"/>
                <w:b/>
                <w:sz w:val="21"/>
              </w:rPr>
              <w:t>STT</w:t>
            </w:r>
          </w:p>
        </w:tc>
        <w:tc>
          <w:tcPr>
            <w:tcW w:type="dxa" w:w="3515"/>
          </w:tcPr>
          <w:p>
            <w:pPr>
              <w:spacing w:after="0"/>
              <w:jc w:val="center"/>
            </w:pPr>
            <w:r/>
            <w:r>
              <w:rPr>
                <w:rFonts w:ascii="Times New Roman" w:hAnsi="Times New Roman"/>
                <w:b/>
                <w:sz w:val="21"/>
              </w:rPr>
              <w:t>Đơn vị hành chính</w:t>
            </w:r>
          </w:p>
        </w:tc>
        <w:tc>
          <w:tcPr>
            <w:tcW w:type="dxa" w:w="2381"/>
          </w:tcPr>
          <w:p>
            <w:pPr>
              <w:spacing w:after="0"/>
              <w:jc w:val="center"/>
            </w:pPr>
            <w:r/>
            <w:r>
              <w:rPr>
                <w:rFonts w:ascii="Times New Roman" w:hAnsi="Times New Roman"/>
                <w:b/>
                <w:sz w:val="21"/>
              </w:rPr>
              <w:t>Điện thoại Văn phòng</w:t>
            </w:r>
          </w:p>
        </w:tc>
        <w:tc>
          <w:tcPr>
            <w:tcW w:type="dxa" w:w="2494"/>
          </w:tcPr>
          <w:p>
            <w:pPr>
              <w:spacing w:after="0"/>
              <w:jc w:val="center"/>
            </w:pPr>
            <w:r/>
            <w:r>
              <w:rPr>
                <w:rFonts w:ascii="Times New Roman" w:hAnsi="Times New Roman"/>
                <w:b/>
                <w:sz w:val="21"/>
              </w:rPr>
              <w:t>Thư điện tử</w:t>
            </w:r>
          </w:p>
        </w:tc>
      </w:tr>
      <w:tr>
        <w:tc>
          <w:tcPr>
            <w:tcW w:type="dxa" w:w="680"/>
          </w:tcPr>
          <w:p>
            <w:pPr>
              <w:spacing w:after="0"/>
            </w:pPr>
            <w:r/>
            <w:r>
              <w:rPr>
                <w:rFonts w:ascii="Times New Roman" w:hAnsi="Times New Roman"/>
                <w:sz w:val="21"/>
              </w:rPr>
              <w:t>1</w:t>
            </w:r>
          </w:p>
        </w:tc>
        <w:tc>
          <w:tcPr>
            <w:tcW w:type="dxa" w:w="3515"/>
          </w:tcPr>
          <w:p>
            <w:pPr>
              <w:spacing w:after="0"/>
            </w:pPr>
            <w:r/>
            <w:r>
              <w:rPr>
                <w:rFonts w:ascii="Times New Roman" w:hAnsi="Times New Roman"/>
                <w:sz w:val="21"/>
              </w:rPr>
              <w:t>Ủy ban nhân dân Phường Trung Tâm</w:t>
            </w:r>
          </w:p>
        </w:tc>
        <w:tc>
          <w:tcPr>
            <w:tcW w:type="dxa" w:w="2381"/>
          </w:tcPr>
          <w:p>
            <w:pPr>
              <w:spacing w:after="0"/>
            </w:pPr>
            <w:r/>
            <w:r>
              <w:rPr>
                <w:rFonts w:ascii="Times New Roman" w:hAnsi="Times New Roman"/>
                <w:sz w:val="21"/>
              </w:rPr>
              <w:t>0238.3.861.001</w:t>
            </w:r>
          </w:p>
        </w:tc>
        <w:tc>
          <w:tcPr>
            <w:tcW w:type="dxa" w:w="2494"/>
          </w:tcPr>
          <w:p>
            <w:pPr>
              <w:spacing w:after="0"/>
            </w:pPr>
            <w:r/>
            <w:r>
              <w:rPr>
                <w:rFonts w:ascii="Times New Roman" w:hAnsi="Times New Roman"/>
                <w:sz w:val="21"/>
              </w:rPr>
              <w:t>ubnd.p01@tpgia.gov.vn</w:t>
            </w:r>
          </w:p>
        </w:tc>
      </w:tr>
      <w:tr>
        <w:tc>
          <w:tcPr>
            <w:tcW w:type="dxa" w:w="680"/>
          </w:tcPr>
          <w:p>
            <w:pPr>
              <w:spacing w:after="0"/>
            </w:pPr>
            <w:r/>
            <w:r>
              <w:rPr>
                <w:rFonts w:ascii="Times New Roman" w:hAnsi="Times New Roman"/>
                <w:sz w:val="21"/>
              </w:rPr>
              <w:t>2</w:t>
            </w:r>
          </w:p>
        </w:tc>
        <w:tc>
          <w:tcPr>
            <w:tcW w:type="dxa" w:w="3515"/>
          </w:tcPr>
          <w:p>
            <w:pPr>
              <w:spacing w:after="0"/>
            </w:pPr>
            <w:r/>
            <w:r>
              <w:rPr>
                <w:rFonts w:ascii="Times New Roman" w:hAnsi="Times New Roman"/>
                <w:sz w:val="21"/>
              </w:rPr>
              <w:t>Ủy ban nhân dân Phường Bến Giả</w:t>
            </w:r>
          </w:p>
        </w:tc>
        <w:tc>
          <w:tcPr>
            <w:tcW w:type="dxa" w:w="2381"/>
          </w:tcPr>
          <w:p>
            <w:pPr>
              <w:spacing w:after="0"/>
            </w:pPr>
            <w:r/>
            <w:r>
              <w:rPr>
                <w:rFonts w:ascii="Times New Roman" w:hAnsi="Times New Roman"/>
                <w:sz w:val="21"/>
              </w:rPr>
              <w:t>0238.3.861.002</w:t>
            </w:r>
          </w:p>
        </w:tc>
        <w:tc>
          <w:tcPr>
            <w:tcW w:type="dxa" w:w="2494"/>
          </w:tcPr>
          <w:p>
            <w:pPr>
              <w:spacing w:after="0"/>
            </w:pPr>
            <w:r/>
            <w:r>
              <w:rPr>
                <w:rFonts w:ascii="Times New Roman" w:hAnsi="Times New Roman"/>
                <w:sz w:val="21"/>
              </w:rPr>
              <w:t>ubnd.p02@tpgia.gov.vn</w:t>
            </w:r>
          </w:p>
        </w:tc>
      </w:tr>
      <w:tr>
        <w:tc>
          <w:tcPr>
            <w:tcW w:type="dxa" w:w="680"/>
          </w:tcPr>
          <w:p>
            <w:pPr>
              <w:spacing w:after="0"/>
            </w:pPr>
            <w:r/>
            <w:r>
              <w:rPr>
                <w:rFonts w:ascii="Times New Roman" w:hAnsi="Times New Roman"/>
                <w:sz w:val="21"/>
              </w:rPr>
              <w:t>3</w:t>
            </w:r>
          </w:p>
        </w:tc>
        <w:tc>
          <w:tcPr>
            <w:tcW w:type="dxa" w:w="3515"/>
          </w:tcPr>
          <w:p>
            <w:pPr>
              <w:spacing w:after="0"/>
            </w:pPr>
            <w:r/>
            <w:r>
              <w:rPr>
                <w:rFonts w:ascii="Times New Roman" w:hAnsi="Times New Roman"/>
                <w:sz w:val="21"/>
              </w:rPr>
              <w:t>Ủy ban nhân dân Phường Cửa Giả</w:t>
            </w:r>
          </w:p>
        </w:tc>
        <w:tc>
          <w:tcPr>
            <w:tcW w:type="dxa" w:w="2381"/>
          </w:tcPr>
          <w:p>
            <w:pPr>
              <w:spacing w:after="0"/>
            </w:pPr>
            <w:r/>
            <w:r>
              <w:rPr>
                <w:rFonts w:ascii="Times New Roman" w:hAnsi="Times New Roman"/>
                <w:sz w:val="21"/>
              </w:rPr>
              <w:t>0238.3.861.003</w:t>
            </w:r>
          </w:p>
        </w:tc>
        <w:tc>
          <w:tcPr>
            <w:tcW w:type="dxa" w:w="2494"/>
          </w:tcPr>
          <w:p>
            <w:pPr>
              <w:spacing w:after="0"/>
            </w:pPr>
            <w:r/>
            <w:r>
              <w:rPr>
                <w:rFonts w:ascii="Times New Roman" w:hAnsi="Times New Roman"/>
                <w:sz w:val="21"/>
              </w:rPr>
              <w:t>ubnd.p03@tpgia.gov.vn</w:t>
            </w:r>
          </w:p>
        </w:tc>
      </w:tr>
      <w:tr>
        <w:tc>
          <w:tcPr>
            <w:tcW w:type="dxa" w:w="680"/>
          </w:tcPr>
          <w:p>
            <w:pPr>
              <w:spacing w:after="0"/>
            </w:pPr>
            <w:r/>
            <w:r>
              <w:rPr>
                <w:rFonts w:ascii="Times New Roman" w:hAnsi="Times New Roman"/>
                <w:sz w:val="21"/>
              </w:rPr>
              <w:t>4</w:t>
            </w:r>
          </w:p>
        </w:tc>
        <w:tc>
          <w:tcPr>
            <w:tcW w:type="dxa" w:w="3515"/>
          </w:tcPr>
          <w:p>
            <w:pPr>
              <w:spacing w:after="0"/>
            </w:pPr>
            <w:r/>
            <w:r>
              <w:rPr>
                <w:rFonts w:ascii="Times New Roman" w:hAnsi="Times New Roman"/>
                <w:sz w:val="21"/>
              </w:rPr>
              <w:t>Ủy ban nhân dân Phường Hưng Đông</w:t>
            </w:r>
          </w:p>
        </w:tc>
        <w:tc>
          <w:tcPr>
            <w:tcW w:type="dxa" w:w="2381"/>
          </w:tcPr>
          <w:p>
            <w:pPr>
              <w:spacing w:after="0"/>
            </w:pPr>
            <w:r/>
            <w:r>
              <w:rPr>
                <w:rFonts w:ascii="Times New Roman" w:hAnsi="Times New Roman"/>
                <w:sz w:val="21"/>
              </w:rPr>
              <w:t>0238.3.861.004</w:t>
            </w:r>
          </w:p>
        </w:tc>
        <w:tc>
          <w:tcPr>
            <w:tcW w:type="dxa" w:w="2494"/>
          </w:tcPr>
          <w:p>
            <w:pPr>
              <w:spacing w:after="0"/>
            </w:pPr>
            <w:r/>
            <w:r>
              <w:rPr>
                <w:rFonts w:ascii="Times New Roman" w:hAnsi="Times New Roman"/>
                <w:sz w:val="21"/>
              </w:rPr>
              <w:t>ubnd.p04@tpgia.gov.vn</w:t>
            </w:r>
          </w:p>
        </w:tc>
      </w:tr>
      <w:tr>
        <w:tc>
          <w:tcPr>
            <w:tcW w:type="dxa" w:w="680"/>
          </w:tcPr>
          <w:p>
            <w:pPr>
              <w:spacing w:after="0"/>
            </w:pPr>
            <w:r/>
            <w:r>
              <w:rPr>
                <w:rFonts w:ascii="Times New Roman" w:hAnsi="Times New Roman"/>
                <w:sz w:val="21"/>
              </w:rPr>
              <w:t>5</w:t>
            </w:r>
          </w:p>
        </w:tc>
        <w:tc>
          <w:tcPr>
            <w:tcW w:type="dxa" w:w="3515"/>
          </w:tcPr>
          <w:p>
            <w:pPr>
              <w:spacing w:after="0"/>
            </w:pPr>
            <w:r/>
            <w:r>
              <w:rPr>
                <w:rFonts w:ascii="Times New Roman" w:hAnsi="Times New Roman"/>
                <w:sz w:val="21"/>
              </w:rPr>
              <w:t>Ủy ban nhân dân Phường Hưng Tây</w:t>
            </w:r>
          </w:p>
        </w:tc>
        <w:tc>
          <w:tcPr>
            <w:tcW w:type="dxa" w:w="2381"/>
          </w:tcPr>
          <w:p>
            <w:pPr>
              <w:spacing w:after="0"/>
            </w:pPr>
            <w:r/>
            <w:r>
              <w:rPr>
                <w:rFonts w:ascii="Times New Roman" w:hAnsi="Times New Roman"/>
                <w:sz w:val="21"/>
              </w:rPr>
              <w:t>0238.3.861.005</w:t>
            </w:r>
          </w:p>
        </w:tc>
        <w:tc>
          <w:tcPr>
            <w:tcW w:type="dxa" w:w="2494"/>
          </w:tcPr>
          <w:p>
            <w:pPr>
              <w:spacing w:after="0"/>
            </w:pPr>
            <w:r/>
            <w:r>
              <w:rPr>
                <w:rFonts w:ascii="Times New Roman" w:hAnsi="Times New Roman"/>
                <w:sz w:val="21"/>
              </w:rPr>
              <w:t>ubnd.p05@tpgia.gov.vn</w:t>
            </w:r>
          </w:p>
        </w:tc>
      </w:tr>
      <w:tr>
        <w:tc>
          <w:tcPr>
            <w:tcW w:type="dxa" w:w="680"/>
          </w:tcPr>
          <w:p>
            <w:pPr>
              <w:spacing w:after="0"/>
            </w:pPr>
            <w:r/>
            <w:r>
              <w:rPr>
                <w:rFonts w:ascii="Times New Roman" w:hAnsi="Times New Roman"/>
                <w:sz w:val="21"/>
              </w:rPr>
              <w:t>6</w:t>
            </w:r>
          </w:p>
        </w:tc>
        <w:tc>
          <w:tcPr>
            <w:tcW w:type="dxa" w:w="3515"/>
          </w:tcPr>
          <w:p>
            <w:pPr>
              <w:spacing w:after="0"/>
            </w:pPr>
            <w:r/>
            <w:r>
              <w:rPr>
                <w:rFonts w:ascii="Times New Roman" w:hAnsi="Times New Roman"/>
                <w:sz w:val="21"/>
              </w:rPr>
              <w:t>Ủy ban nhân dân Phường Quang Trung</w:t>
            </w:r>
          </w:p>
        </w:tc>
        <w:tc>
          <w:tcPr>
            <w:tcW w:type="dxa" w:w="2381"/>
          </w:tcPr>
          <w:p>
            <w:pPr>
              <w:spacing w:after="0"/>
            </w:pPr>
            <w:r/>
            <w:r>
              <w:rPr>
                <w:rFonts w:ascii="Times New Roman" w:hAnsi="Times New Roman"/>
                <w:sz w:val="21"/>
              </w:rPr>
              <w:t>0238.3.861.006</w:t>
            </w:r>
          </w:p>
        </w:tc>
        <w:tc>
          <w:tcPr>
            <w:tcW w:type="dxa" w:w="2494"/>
          </w:tcPr>
          <w:p>
            <w:pPr>
              <w:spacing w:after="0"/>
            </w:pPr>
            <w:r/>
            <w:r>
              <w:rPr>
                <w:rFonts w:ascii="Times New Roman" w:hAnsi="Times New Roman"/>
                <w:sz w:val="21"/>
              </w:rPr>
              <w:t>ubnd.p06@tpgia.gov.vn</w:t>
            </w:r>
          </w:p>
        </w:tc>
      </w:tr>
      <w:tr>
        <w:tc>
          <w:tcPr>
            <w:tcW w:type="dxa" w:w="680"/>
          </w:tcPr>
          <w:p>
            <w:pPr>
              <w:spacing w:after="0"/>
            </w:pPr>
            <w:r/>
            <w:r>
              <w:rPr>
                <w:rFonts w:ascii="Times New Roman" w:hAnsi="Times New Roman"/>
                <w:sz w:val="21"/>
              </w:rPr>
              <w:t>7</w:t>
            </w:r>
          </w:p>
        </w:tc>
        <w:tc>
          <w:tcPr>
            <w:tcW w:type="dxa" w:w="3515"/>
          </w:tcPr>
          <w:p>
            <w:pPr>
              <w:spacing w:after="0"/>
            </w:pPr>
            <w:r/>
            <w:r>
              <w:rPr>
                <w:rFonts w:ascii="Times New Roman" w:hAnsi="Times New Roman"/>
                <w:sz w:val="21"/>
              </w:rPr>
              <w:t>Ủy ban nhân dân Phường Lê Lợi</w:t>
            </w:r>
          </w:p>
        </w:tc>
        <w:tc>
          <w:tcPr>
            <w:tcW w:type="dxa" w:w="2381"/>
          </w:tcPr>
          <w:p>
            <w:pPr>
              <w:spacing w:after="0"/>
            </w:pPr>
            <w:r/>
            <w:r>
              <w:rPr>
                <w:rFonts w:ascii="Times New Roman" w:hAnsi="Times New Roman"/>
                <w:sz w:val="21"/>
              </w:rPr>
              <w:t>0238.3.861.007</w:t>
            </w:r>
          </w:p>
        </w:tc>
        <w:tc>
          <w:tcPr>
            <w:tcW w:type="dxa" w:w="2494"/>
          </w:tcPr>
          <w:p>
            <w:pPr>
              <w:spacing w:after="0"/>
            </w:pPr>
            <w:r/>
            <w:r>
              <w:rPr>
                <w:rFonts w:ascii="Times New Roman" w:hAnsi="Times New Roman"/>
                <w:sz w:val="21"/>
              </w:rPr>
              <w:t>ubnd.p07@tpgia.gov.vn</w:t>
            </w:r>
          </w:p>
        </w:tc>
      </w:tr>
      <w:tr>
        <w:tc>
          <w:tcPr>
            <w:tcW w:type="dxa" w:w="680"/>
          </w:tcPr>
          <w:p>
            <w:pPr>
              <w:spacing w:after="0"/>
            </w:pPr>
            <w:r/>
            <w:r>
              <w:rPr>
                <w:rFonts w:ascii="Times New Roman" w:hAnsi="Times New Roman"/>
                <w:sz w:val="21"/>
              </w:rPr>
              <w:t>8</w:t>
            </w:r>
          </w:p>
        </w:tc>
        <w:tc>
          <w:tcPr>
            <w:tcW w:type="dxa" w:w="3515"/>
          </w:tcPr>
          <w:p>
            <w:pPr>
              <w:spacing w:after="0"/>
            </w:pPr>
            <w:r/>
            <w:r>
              <w:rPr>
                <w:rFonts w:ascii="Times New Roman" w:hAnsi="Times New Roman"/>
                <w:sz w:val="21"/>
              </w:rPr>
              <w:t>Ủy ban nhân dân Phường Trường Thi</w:t>
            </w:r>
          </w:p>
        </w:tc>
        <w:tc>
          <w:tcPr>
            <w:tcW w:type="dxa" w:w="2381"/>
          </w:tcPr>
          <w:p>
            <w:pPr>
              <w:spacing w:after="0"/>
            </w:pPr>
            <w:r/>
            <w:r>
              <w:rPr>
                <w:rFonts w:ascii="Times New Roman" w:hAnsi="Times New Roman"/>
                <w:sz w:val="21"/>
              </w:rPr>
              <w:t>0238.3.861.008</w:t>
            </w:r>
          </w:p>
        </w:tc>
        <w:tc>
          <w:tcPr>
            <w:tcW w:type="dxa" w:w="2494"/>
          </w:tcPr>
          <w:p>
            <w:pPr>
              <w:spacing w:after="0"/>
            </w:pPr>
            <w:r/>
            <w:r>
              <w:rPr>
                <w:rFonts w:ascii="Times New Roman" w:hAnsi="Times New Roman"/>
                <w:sz w:val="21"/>
              </w:rPr>
              <w:t>ubnd.p08@tpgia.gov.vn</w:t>
            </w:r>
          </w:p>
        </w:tc>
      </w:tr>
      <w:tr>
        <w:tc>
          <w:tcPr>
            <w:tcW w:type="dxa" w:w="680"/>
          </w:tcPr>
          <w:p>
            <w:pPr>
              <w:spacing w:after="0"/>
            </w:pPr>
            <w:r/>
            <w:r>
              <w:rPr>
                <w:rFonts w:ascii="Times New Roman" w:hAnsi="Times New Roman"/>
                <w:sz w:val="21"/>
              </w:rPr>
              <w:t>9</w:t>
            </w:r>
          </w:p>
        </w:tc>
        <w:tc>
          <w:tcPr>
            <w:tcW w:type="dxa" w:w="3515"/>
          </w:tcPr>
          <w:p>
            <w:pPr>
              <w:spacing w:after="0"/>
            </w:pPr>
            <w:r/>
            <w:r>
              <w:rPr>
                <w:rFonts w:ascii="Times New Roman" w:hAnsi="Times New Roman"/>
                <w:sz w:val="21"/>
              </w:rPr>
              <w:t>Ủy ban nhân dân Phường Cầu Giả</w:t>
            </w:r>
          </w:p>
        </w:tc>
        <w:tc>
          <w:tcPr>
            <w:tcW w:type="dxa" w:w="2381"/>
          </w:tcPr>
          <w:p>
            <w:pPr>
              <w:spacing w:after="0"/>
            </w:pPr>
            <w:r/>
            <w:r>
              <w:rPr>
                <w:rFonts w:ascii="Times New Roman" w:hAnsi="Times New Roman"/>
                <w:sz w:val="21"/>
              </w:rPr>
              <w:t>0238.3.861.009</w:t>
            </w:r>
          </w:p>
        </w:tc>
        <w:tc>
          <w:tcPr>
            <w:tcW w:type="dxa" w:w="2494"/>
          </w:tcPr>
          <w:p>
            <w:pPr>
              <w:spacing w:after="0"/>
            </w:pPr>
            <w:r/>
            <w:r>
              <w:rPr>
                <w:rFonts w:ascii="Times New Roman" w:hAnsi="Times New Roman"/>
                <w:sz w:val="21"/>
              </w:rPr>
              <w:t>ubnd.p09@tpgia.gov.vn</w:t>
            </w:r>
          </w:p>
        </w:tc>
      </w:tr>
      <w:tr>
        <w:tc>
          <w:tcPr>
            <w:tcW w:type="dxa" w:w="680"/>
          </w:tcPr>
          <w:p>
            <w:pPr>
              <w:spacing w:after="0"/>
            </w:pPr>
            <w:r/>
            <w:r>
              <w:rPr>
                <w:rFonts w:ascii="Times New Roman" w:hAnsi="Times New Roman"/>
                <w:sz w:val="21"/>
              </w:rPr>
              <w:t>10</w:t>
            </w:r>
          </w:p>
        </w:tc>
        <w:tc>
          <w:tcPr>
            <w:tcW w:type="dxa" w:w="3515"/>
          </w:tcPr>
          <w:p>
            <w:pPr>
              <w:spacing w:after="0"/>
            </w:pPr>
            <w:r/>
            <w:r>
              <w:rPr>
                <w:rFonts w:ascii="Times New Roman" w:hAnsi="Times New Roman"/>
                <w:sz w:val="21"/>
              </w:rPr>
              <w:t>Ủy ban nhân dân Phường Hòa Bình</w:t>
            </w:r>
          </w:p>
        </w:tc>
        <w:tc>
          <w:tcPr>
            <w:tcW w:type="dxa" w:w="2381"/>
          </w:tcPr>
          <w:p>
            <w:pPr>
              <w:spacing w:after="0"/>
            </w:pPr>
            <w:r/>
            <w:r>
              <w:rPr>
                <w:rFonts w:ascii="Times New Roman" w:hAnsi="Times New Roman"/>
                <w:sz w:val="21"/>
              </w:rPr>
              <w:t>0238.3.861.010</w:t>
            </w:r>
          </w:p>
        </w:tc>
        <w:tc>
          <w:tcPr>
            <w:tcW w:type="dxa" w:w="2494"/>
          </w:tcPr>
          <w:p>
            <w:pPr>
              <w:spacing w:after="0"/>
            </w:pPr>
            <w:r/>
            <w:r>
              <w:rPr>
                <w:rFonts w:ascii="Times New Roman" w:hAnsi="Times New Roman"/>
                <w:sz w:val="21"/>
              </w:rPr>
              <w:t>ubnd.p10@tpgia.gov.vn</w:t>
            </w:r>
          </w:p>
        </w:tc>
      </w:tr>
      <w:tr>
        <w:tc>
          <w:tcPr>
            <w:tcW w:type="dxa" w:w="680"/>
          </w:tcPr>
          <w:p>
            <w:pPr>
              <w:spacing w:after="0"/>
            </w:pPr>
            <w:r/>
            <w:r>
              <w:rPr>
                <w:rFonts w:ascii="Times New Roman" w:hAnsi="Times New Roman"/>
                <w:sz w:val="21"/>
              </w:rPr>
              <w:t>11</w:t>
            </w:r>
          </w:p>
        </w:tc>
        <w:tc>
          <w:tcPr>
            <w:tcW w:type="dxa" w:w="3515"/>
          </w:tcPr>
          <w:p>
            <w:pPr>
              <w:spacing w:after="0"/>
            </w:pPr>
            <w:r/>
            <w:r>
              <w:rPr>
                <w:rFonts w:ascii="Times New Roman" w:hAnsi="Times New Roman"/>
                <w:sz w:val="21"/>
              </w:rPr>
              <w:t>Ủy ban nhân dân Phường Nam Giả</w:t>
            </w:r>
          </w:p>
        </w:tc>
        <w:tc>
          <w:tcPr>
            <w:tcW w:type="dxa" w:w="2381"/>
          </w:tcPr>
          <w:p>
            <w:pPr>
              <w:spacing w:after="0"/>
            </w:pPr>
            <w:r/>
            <w:r>
              <w:rPr>
                <w:rFonts w:ascii="Times New Roman" w:hAnsi="Times New Roman"/>
                <w:sz w:val="21"/>
              </w:rPr>
              <w:t>0238.3.861.011</w:t>
            </w:r>
          </w:p>
        </w:tc>
        <w:tc>
          <w:tcPr>
            <w:tcW w:type="dxa" w:w="2494"/>
          </w:tcPr>
          <w:p>
            <w:pPr>
              <w:spacing w:after="0"/>
            </w:pPr>
            <w:r/>
            <w:r>
              <w:rPr>
                <w:rFonts w:ascii="Times New Roman" w:hAnsi="Times New Roman"/>
                <w:sz w:val="21"/>
              </w:rPr>
              <w:t>ubnd.p11@tpgia.gov.vn</w:t>
            </w:r>
          </w:p>
        </w:tc>
      </w:tr>
      <w:tr>
        <w:tc>
          <w:tcPr>
            <w:tcW w:type="dxa" w:w="680"/>
          </w:tcPr>
          <w:p>
            <w:pPr>
              <w:spacing w:after="0"/>
            </w:pPr>
            <w:r/>
            <w:r>
              <w:rPr>
                <w:rFonts w:ascii="Times New Roman" w:hAnsi="Times New Roman"/>
                <w:sz w:val="21"/>
              </w:rPr>
              <w:t>12</w:t>
            </w:r>
          </w:p>
        </w:tc>
        <w:tc>
          <w:tcPr>
            <w:tcW w:type="dxa" w:w="3515"/>
          </w:tcPr>
          <w:p>
            <w:pPr>
              <w:spacing w:after="0"/>
            </w:pPr>
            <w:r/>
            <w:r>
              <w:rPr>
                <w:rFonts w:ascii="Times New Roman" w:hAnsi="Times New Roman"/>
                <w:sz w:val="21"/>
              </w:rPr>
              <w:t>Ủy ban nhân dân Phường Bắc Giả</w:t>
            </w:r>
          </w:p>
        </w:tc>
        <w:tc>
          <w:tcPr>
            <w:tcW w:type="dxa" w:w="2381"/>
          </w:tcPr>
          <w:p>
            <w:pPr>
              <w:spacing w:after="0"/>
            </w:pPr>
            <w:r/>
            <w:r>
              <w:rPr>
                <w:rFonts w:ascii="Times New Roman" w:hAnsi="Times New Roman"/>
                <w:sz w:val="21"/>
              </w:rPr>
              <w:t>0238.3.861.012</w:t>
            </w:r>
          </w:p>
        </w:tc>
        <w:tc>
          <w:tcPr>
            <w:tcW w:type="dxa" w:w="2494"/>
          </w:tcPr>
          <w:p>
            <w:pPr>
              <w:spacing w:after="0"/>
            </w:pPr>
            <w:r/>
            <w:r>
              <w:rPr>
                <w:rFonts w:ascii="Times New Roman" w:hAnsi="Times New Roman"/>
                <w:sz w:val="21"/>
              </w:rPr>
              <w:t>ubnd.p12@tpgia.gov.vn</w:t>
            </w:r>
          </w:p>
        </w:tc>
      </w:tr>
      <w:tr>
        <w:tc>
          <w:tcPr>
            <w:tcW w:type="dxa" w:w="680"/>
          </w:tcPr>
          <w:p>
            <w:pPr>
              <w:spacing w:after="0"/>
            </w:pPr>
            <w:r/>
            <w:r>
              <w:rPr>
                <w:rFonts w:ascii="Times New Roman" w:hAnsi="Times New Roman"/>
                <w:sz w:val="21"/>
              </w:rPr>
              <w:t>13</w:t>
            </w:r>
          </w:p>
        </w:tc>
        <w:tc>
          <w:tcPr>
            <w:tcW w:type="dxa" w:w="3515"/>
          </w:tcPr>
          <w:p>
            <w:pPr>
              <w:spacing w:after="0"/>
            </w:pPr>
            <w:r/>
            <w:r>
              <w:rPr>
                <w:rFonts w:ascii="Times New Roman" w:hAnsi="Times New Roman"/>
                <w:sz w:val="21"/>
              </w:rPr>
              <w:t>Ủy ban nhân dân Xã Giả Long</w:t>
            </w:r>
          </w:p>
        </w:tc>
        <w:tc>
          <w:tcPr>
            <w:tcW w:type="dxa" w:w="2381"/>
          </w:tcPr>
          <w:p>
            <w:pPr>
              <w:spacing w:after="0"/>
            </w:pPr>
            <w:r/>
            <w:r>
              <w:rPr>
                <w:rFonts w:ascii="Times New Roman" w:hAnsi="Times New Roman"/>
                <w:sz w:val="21"/>
              </w:rPr>
              <w:t>0238.3.862.001</w:t>
            </w:r>
          </w:p>
        </w:tc>
        <w:tc>
          <w:tcPr>
            <w:tcW w:type="dxa" w:w="2494"/>
          </w:tcPr>
          <w:p>
            <w:pPr>
              <w:spacing w:after="0"/>
            </w:pPr>
            <w:r/>
            <w:r>
              <w:rPr>
                <w:rFonts w:ascii="Times New Roman" w:hAnsi="Times New Roman"/>
                <w:sz w:val="21"/>
              </w:rPr>
              <w:t>ubnd.x01@tpgia.gov.vn</w:t>
            </w:r>
          </w:p>
        </w:tc>
      </w:tr>
      <w:tr>
        <w:tc>
          <w:tcPr>
            <w:tcW w:type="dxa" w:w="680"/>
          </w:tcPr>
          <w:p>
            <w:pPr>
              <w:spacing w:after="0"/>
            </w:pPr>
            <w:r/>
            <w:r>
              <w:rPr>
                <w:rFonts w:ascii="Times New Roman" w:hAnsi="Times New Roman"/>
                <w:sz w:val="21"/>
              </w:rPr>
              <w:t>14</w:t>
            </w:r>
          </w:p>
        </w:tc>
        <w:tc>
          <w:tcPr>
            <w:tcW w:type="dxa" w:w="3515"/>
          </w:tcPr>
          <w:p>
            <w:pPr>
              <w:spacing w:after="0"/>
            </w:pPr>
            <w:r/>
            <w:r>
              <w:rPr>
                <w:rFonts w:ascii="Times New Roman" w:hAnsi="Times New Roman"/>
                <w:sz w:val="21"/>
              </w:rPr>
              <w:t>Ủy ban nhân dân Xã Giả Phong</w:t>
            </w:r>
          </w:p>
        </w:tc>
        <w:tc>
          <w:tcPr>
            <w:tcW w:type="dxa" w:w="2381"/>
          </w:tcPr>
          <w:p>
            <w:pPr>
              <w:spacing w:after="0"/>
            </w:pPr>
            <w:r/>
            <w:r>
              <w:rPr>
                <w:rFonts w:ascii="Times New Roman" w:hAnsi="Times New Roman"/>
                <w:sz w:val="21"/>
              </w:rPr>
              <w:t>0238.3.862.002</w:t>
            </w:r>
          </w:p>
        </w:tc>
        <w:tc>
          <w:tcPr>
            <w:tcW w:type="dxa" w:w="2494"/>
          </w:tcPr>
          <w:p>
            <w:pPr>
              <w:spacing w:after="0"/>
            </w:pPr>
            <w:r/>
            <w:r>
              <w:rPr>
                <w:rFonts w:ascii="Times New Roman" w:hAnsi="Times New Roman"/>
                <w:sz w:val="21"/>
              </w:rPr>
              <w:t>ubnd.x02@tpgia.gov.vn</w:t>
            </w:r>
          </w:p>
        </w:tc>
      </w:tr>
      <w:tr>
        <w:tc>
          <w:tcPr>
            <w:tcW w:type="dxa" w:w="680"/>
          </w:tcPr>
          <w:p>
            <w:pPr>
              <w:spacing w:after="0"/>
            </w:pPr>
            <w:r/>
            <w:r>
              <w:rPr>
                <w:rFonts w:ascii="Times New Roman" w:hAnsi="Times New Roman"/>
                <w:sz w:val="21"/>
              </w:rPr>
              <w:t>15</w:t>
            </w:r>
          </w:p>
        </w:tc>
        <w:tc>
          <w:tcPr>
            <w:tcW w:type="dxa" w:w="3515"/>
          </w:tcPr>
          <w:p>
            <w:pPr>
              <w:spacing w:after="0"/>
            </w:pPr>
            <w:r/>
            <w:r>
              <w:rPr>
                <w:rFonts w:ascii="Times New Roman" w:hAnsi="Times New Roman"/>
                <w:sz w:val="21"/>
              </w:rPr>
              <w:t>Ủy ban nhân dân Xã Giả Hải</w:t>
            </w:r>
          </w:p>
        </w:tc>
        <w:tc>
          <w:tcPr>
            <w:tcW w:type="dxa" w:w="2381"/>
          </w:tcPr>
          <w:p>
            <w:pPr>
              <w:spacing w:after="0"/>
            </w:pPr>
            <w:r/>
            <w:r>
              <w:rPr>
                <w:rFonts w:ascii="Times New Roman" w:hAnsi="Times New Roman"/>
                <w:sz w:val="21"/>
              </w:rPr>
              <w:t>0238.3.862.003</w:t>
            </w:r>
          </w:p>
        </w:tc>
        <w:tc>
          <w:tcPr>
            <w:tcW w:type="dxa" w:w="2494"/>
          </w:tcPr>
          <w:p>
            <w:pPr>
              <w:spacing w:after="0"/>
            </w:pPr>
            <w:r/>
            <w:r>
              <w:rPr>
                <w:rFonts w:ascii="Times New Roman" w:hAnsi="Times New Roman"/>
                <w:sz w:val="21"/>
              </w:rPr>
              <w:t>ubnd.x03@tpgia.gov.vn</w:t>
            </w:r>
          </w:p>
        </w:tc>
      </w:tr>
      <w:tr>
        <w:tc>
          <w:tcPr>
            <w:tcW w:type="dxa" w:w="680"/>
          </w:tcPr>
          <w:p>
            <w:pPr>
              <w:spacing w:after="0"/>
            </w:pPr>
            <w:r/>
            <w:r>
              <w:rPr>
                <w:rFonts w:ascii="Times New Roman" w:hAnsi="Times New Roman"/>
                <w:sz w:val="21"/>
              </w:rPr>
              <w:t>16</w:t>
            </w:r>
          </w:p>
        </w:tc>
        <w:tc>
          <w:tcPr>
            <w:tcW w:type="dxa" w:w="3515"/>
          </w:tcPr>
          <w:p>
            <w:pPr>
              <w:spacing w:after="0"/>
            </w:pPr>
            <w:r/>
            <w:r>
              <w:rPr>
                <w:rFonts w:ascii="Times New Roman" w:hAnsi="Times New Roman"/>
                <w:sz w:val="21"/>
              </w:rPr>
              <w:t>Ủy ban nhân dân Xã Giả Sơn</w:t>
            </w:r>
          </w:p>
        </w:tc>
        <w:tc>
          <w:tcPr>
            <w:tcW w:type="dxa" w:w="2381"/>
          </w:tcPr>
          <w:p>
            <w:pPr>
              <w:spacing w:after="0"/>
            </w:pPr>
            <w:r/>
            <w:r>
              <w:rPr>
                <w:rFonts w:ascii="Times New Roman" w:hAnsi="Times New Roman"/>
                <w:sz w:val="21"/>
              </w:rPr>
              <w:t>0238.3.862.004</w:t>
            </w:r>
          </w:p>
        </w:tc>
        <w:tc>
          <w:tcPr>
            <w:tcW w:type="dxa" w:w="2494"/>
          </w:tcPr>
          <w:p>
            <w:pPr>
              <w:spacing w:after="0"/>
            </w:pPr>
            <w:r/>
            <w:r>
              <w:rPr>
                <w:rFonts w:ascii="Times New Roman" w:hAnsi="Times New Roman"/>
                <w:sz w:val="21"/>
              </w:rPr>
              <w:t>ubnd.x04@tpgia.gov.vn</w:t>
            </w:r>
          </w:p>
        </w:tc>
      </w:tr>
      <w:tr>
        <w:tc>
          <w:tcPr>
            <w:tcW w:type="dxa" w:w="680"/>
          </w:tcPr>
          <w:p>
            <w:pPr>
              <w:spacing w:after="0"/>
            </w:pPr>
            <w:r/>
            <w:r>
              <w:rPr>
                <w:rFonts w:ascii="Times New Roman" w:hAnsi="Times New Roman"/>
                <w:sz w:val="21"/>
              </w:rPr>
              <w:t>17</w:t>
            </w:r>
          </w:p>
        </w:tc>
        <w:tc>
          <w:tcPr>
            <w:tcW w:type="dxa" w:w="3515"/>
          </w:tcPr>
          <w:p>
            <w:pPr>
              <w:spacing w:after="0"/>
            </w:pPr>
            <w:r/>
            <w:r>
              <w:rPr>
                <w:rFonts w:ascii="Times New Roman" w:hAnsi="Times New Roman"/>
                <w:sz w:val="21"/>
              </w:rPr>
              <w:t>Ủy ban nhân dân Xã Giả Xuân</w:t>
            </w:r>
          </w:p>
        </w:tc>
        <w:tc>
          <w:tcPr>
            <w:tcW w:type="dxa" w:w="2381"/>
          </w:tcPr>
          <w:p>
            <w:pPr>
              <w:spacing w:after="0"/>
            </w:pPr>
            <w:r/>
            <w:r>
              <w:rPr>
                <w:rFonts w:ascii="Times New Roman" w:hAnsi="Times New Roman"/>
                <w:sz w:val="21"/>
              </w:rPr>
              <w:t>0238.3.862.005</w:t>
            </w:r>
          </w:p>
        </w:tc>
        <w:tc>
          <w:tcPr>
            <w:tcW w:type="dxa" w:w="2494"/>
          </w:tcPr>
          <w:p>
            <w:pPr>
              <w:spacing w:after="0"/>
            </w:pPr>
            <w:r/>
            <w:r>
              <w:rPr>
                <w:rFonts w:ascii="Times New Roman" w:hAnsi="Times New Roman"/>
                <w:sz w:val="21"/>
              </w:rPr>
              <w:t>ubnd.x05@tpgia.gov.vn</w:t>
            </w:r>
          </w:p>
        </w:tc>
      </w:tr>
      <w:tr>
        <w:tc>
          <w:tcPr>
            <w:tcW w:type="dxa" w:w="680"/>
          </w:tcPr>
          <w:p>
            <w:pPr>
              <w:spacing w:after="0"/>
            </w:pPr>
            <w:r/>
            <w:r>
              <w:rPr>
                <w:rFonts w:ascii="Times New Roman" w:hAnsi="Times New Roman"/>
                <w:sz w:val="21"/>
              </w:rPr>
              <w:t>18</w:t>
            </w:r>
          </w:p>
        </w:tc>
        <w:tc>
          <w:tcPr>
            <w:tcW w:type="dxa" w:w="3515"/>
          </w:tcPr>
          <w:p>
            <w:pPr>
              <w:spacing w:after="0"/>
            </w:pPr>
            <w:r/>
            <w:r>
              <w:rPr>
                <w:rFonts w:ascii="Times New Roman" w:hAnsi="Times New Roman"/>
                <w:sz w:val="21"/>
              </w:rPr>
              <w:t>Ủy ban nhân dân Xã Giả Thịnh</w:t>
            </w:r>
          </w:p>
        </w:tc>
        <w:tc>
          <w:tcPr>
            <w:tcW w:type="dxa" w:w="2381"/>
          </w:tcPr>
          <w:p>
            <w:pPr>
              <w:spacing w:after="0"/>
            </w:pPr>
            <w:r/>
            <w:r>
              <w:rPr>
                <w:rFonts w:ascii="Times New Roman" w:hAnsi="Times New Roman"/>
                <w:sz w:val="21"/>
              </w:rPr>
              <w:t>0238.3.862.006</w:t>
            </w:r>
          </w:p>
        </w:tc>
        <w:tc>
          <w:tcPr>
            <w:tcW w:type="dxa" w:w="2494"/>
          </w:tcPr>
          <w:p>
            <w:pPr>
              <w:spacing w:after="0"/>
            </w:pPr>
            <w:r/>
            <w:r>
              <w:rPr>
                <w:rFonts w:ascii="Times New Roman" w:hAnsi="Times New Roman"/>
                <w:sz w:val="21"/>
              </w:rPr>
              <w:t>ubnd.x06@tpgia.gov.vn</w:t>
            </w:r>
          </w:p>
        </w:tc>
      </w:tr>
      <w:tr>
        <w:tc>
          <w:tcPr>
            <w:tcW w:type="dxa" w:w="680"/>
          </w:tcPr>
          <w:p>
            <w:pPr>
              <w:spacing w:after="0"/>
            </w:pPr>
            <w:r/>
            <w:r>
              <w:rPr>
                <w:rFonts w:ascii="Times New Roman" w:hAnsi="Times New Roman"/>
                <w:sz w:val="21"/>
              </w:rPr>
              <w:t>19</w:t>
            </w:r>
          </w:p>
        </w:tc>
        <w:tc>
          <w:tcPr>
            <w:tcW w:type="dxa" w:w="3515"/>
          </w:tcPr>
          <w:p>
            <w:pPr>
              <w:spacing w:after="0"/>
            </w:pPr>
            <w:r/>
            <w:r>
              <w:rPr>
                <w:rFonts w:ascii="Times New Roman" w:hAnsi="Times New Roman"/>
                <w:sz w:val="21"/>
              </w:rPr>
              <w:t>Ủy ban nhân dân Xã Giả Hòa</w:t>
            </w:r>
          </w:p>
        </w:tc>
        <w:tc>
          <w:tcPr>
            <w:tcW w:type="dxa" w:w="2381"/>
          </w:tcPr>
          <w:p>
            <w:pPr>
              <w:spacing w:after="0"/>
            </w:pPr>
            <w:r/>
            <w:r>
              <w:rPr>
                <w:rFonts w:ascii="Times New Roman" w:hAnsi="Times New Roman"/>
                <w:sz w:val="21"/>
              </w:rPr>
              <w:t>0238.3.862.007</w:t>
            </w:r>
          </w:p>
        </w:tc>
        <w:tc>
          <w:tcPr>
            <w:tcW w:type="dxa" w:w="2494"/>
          </w:tcPr>
          <w:p>
            <w:pPr>
              <w:spacing w:after="0"/>
            </w:pPr>
            <w:r/>
            <w:r>
              <w:rPr>
                <w:rFonts w:ascii="Times New Roman" w:hAnsi="Times New Roman"/>
                <w:sz w:val="21"/>
              </w:rPr>
              <w:t>ubnd.x07@tpgia.gov.vn</w:t>
            </w:r>
          </w:p>
        </w:tc>
      </w:tr>
      <w:tr>
        <w:tc>
          <w:tcPr>
            <w:tcW w:type="dxa" w:w="680"/>
          </w:tcPr>
          <w:p>
            <w:pPr>
              <w:spacing w:after="0"/>
            </w:pPr>
            <w:r/>
            <w:r>
              <w:rPr>
                <w:rFonts w:ascii="Times New Roman" w:hAnsi="Times New Roman"/>
                <w:sz w:val="21"/>
              </w:rPr>
              <w:t>20</w:t>
            </w:r>
          </w:p>
        </w:tc>
        <w:tc>
          <w:tcPr>
            <w:tcW w:type="dxa" w:w="3515"/>
          </w:tcPr>
          <w:p>
            <w:pPr>
              <w:spacing w:after="0"/>
            </w:pPr>
            <w:r/>
            <w:r>
              <w:rPr>
                <w:rFonts w:ascii="Times New Roman" w:hAnsi="Times New Roman"/>
                <w:sz w:val="21"/>
              </w:rPr>
              <w:t>Ủy ban nhân dân Xã Giả Lộc</w:t>
            </w:r>
          </w:p>
        </w:tc>
        <w:tc>
          <w:tcPr>
            <w:tcW w:type="dxa" w:w="2381"/>
          </w:tcPr>
          <w:p>
            <w:pPr>
              <w:spacing w:after="0"/>
            </w:pPr>
            <w:r/>
            <w:r>
              <w:rPr>
                <w:rFonts w:ascii="Times New Roman" w:hAnsi="Times New Roman"/>
                <w:sz w:val="21"/>
              </w:rPr>
              <w:t>0238.3.862.008</w:t>
            </w:r>
          </w:p>
        </w:tc>
        <w:tc>
          <w:tcPr>
            <w:tcW w:type="dxa" w:w="2494"/>
          </w:tcPr>
          <w:p>
            <w:pPr>
              <w:spacing w:after="0"/>
            </w:pPr>
            <w:r/>
            <w:r>
              <w:rPr>
                <w:rFonts w:ascii="Times New Roman" w:hAnsi="Times New Roman"/>
                <w:sz w:val="21"/>
              </w:rPr>
              <w:t>ubnd.x08@tpgia.gov.vn</w:t>
            </w:r>
          </w:p>
        </w:tc>
      </w:tr>
    </w:tbl>
    <w:p/>
    <w:p>
      <w:pPr>
        <w:spacing w:after="80"/>
      </w:pPr>
      <w:r>
        <w:rPr>
          <w:rFonts w:ascii="Times New Roman" w:hAnsi="Times New Roman"/>
          <w:b/>
          <w:i w:val="0"/>
          <w:sz w:val="26"/>
        </w:rPr>
        <w:t>III. CÁC SỐ ĐIỆN THOẠI KHẨN CẤP VÀ ĐƯỜNG DÂY NÓNG</w:t>
      </w:r>
    </w:p>
    <w:tbl>
      <w:tblPr>
        <w:tblStyle w:val="TableGrid"/>
        <w:tblW w:type="auto" w:w="0"/>
        <w:tblLook w:firstColumn="1" w:firstRow="1" w:lastColumn="0" w:lastRow="0" w:noHBand="0" w:noVBand="1" w:val="04A0"/>
      </w:tblPr>
      <w:tblGrid>
        <w:gridCol w:w="2268"/>
        <w:gridCol w:w="2268"/>
        <w:gridCol w:w="2268"/>
        <w:gridCol w:w="2268"/>
      </w:tblGrid>
      <w:tr>
        <w:tc>
          <w:tcPr>
            <w:tcW w:type="dxa" w:w="680"/>
          </w:tcPr>
          <w:p>
            <w:pPr>
              <w:spacing w:after="0"/>
              <w:jc w:val="center"/>
            </w:pPr>
            <w:r/>
            <w:r>
              <w:rPr>
                <w:rFonts w:ascii="Times New Roman" w:hAnsi="Times New Roman"/>
                <w:b/>
                <w:sz w:val="21"/>
              </w:rPr>
              <w:t>STT</w:t>
            </w:r>
          </w:p>
        </w:tc>
        <w:tc>
          <w:tcPr>
            <w:tcW w:type="dxa" w:w="4309"/>
          </w:tcPr>
          <w:p>
            <w:pPr>
              <w:spacing w:after="0"/>
              <w:jc w:val="center"/>
            </w:pPr>
            <w:r/>
            <w:r>
              <w:rPr>
                <w:rFonts w:ascii="Times New Roman" w:hAnsi="Times New Roman"/>
                <w:b/>
                <w:sz w:val="21"/>
              </w:rPr>
              <w:t>Nội dung</w:t>
            </w:r>
          </w:p>
        </w:tc>
        <w:tc>
          <w:tcPr>
            <w:tcW w:type="dxa" w:w="2041"/>
          </w:tcPr>
          <w:p>
            <w:pPr>
              <w:spacing w:after="0"/>
              <w:jc w:val="center"/>
            </w:pPr>
            <w:r/>
            <w:r>
              <w:rPr>
                <w:rFonts w:ascii="Times New Roman" w:hAnsi="Times New Roman"/>
                <w:b/>
                <w:sz w:val="21"/>
              </w:rPr>
              <w:t>Số điện thoại</w:t>
            </w:r>
          </w:p>
        </w:tc>
        <w:tc>
          <w:tcPr>
            <w:tcW w:type="dxa" w:w="2041"/>
          </w:tcPr>
          <w:p>
            <w:pPr>
              <w:spacing w:after="0"/>
              <w:jc w:val="center"/>
            </w:pPr>
            <w:r/>
            <w:r>
              <w:rPr>
                <w:rFonts w:ascii="Times New Roman" w:hAnsi="Times New Roman"/>
                <w:b/>
                <w:sz w:val="21"/>
              </w:rPr>
              <w:t>Thời gian trực</w:t>
            </w:r>
          </w:p>
        </w:tc>
      </w:tr>
      <w:tr>
        <w:tc>
          <w:tcPr>
            <w:tcW w:type="dxa" w:w="680"/>
          </w:tcPr>
          <w:p>
            <w:pPr>
              <w:spacing w:after="0"/>
            </w:pPr>
            <w:r/>
            <w:r>
              <w:rPr>
                <w:rFonts w:ascii="Times New Roman" w:hAnsi="Times New Roman"/>
                <w:sz w:val="21"/>
              </w:rPr>
              <w:t>1</w:t>
            </w:r>
          </w:p>
        </w:tc>
        <w:tc>
          <w:tcPr>
            <w:tcW w:type="dxa" w:w="4309"/>
          </w:tcPr>
          <w:p>
            <w:pPr>
              <w:spacing w:after="0"/>
            </w:pPr>
            <w:r/>
            <w:r>
              <w:rPr>
                <w:rFonts w:ascii="Times New Roman" w:hAnsi="Times New Roman"/>
                <w:sz w:val="21"/>
              </w:rPr>
              <w:t>Đường dây nóng phản ánh, kiến nghị của người dân</w:t>
            </w:r>
          </w:p>
        </w:tc>
        <w:tc>
          <w:tcPr>
            <w:tcW w:type="dxa" w:w="2041"/>
          </w:tcPr>
          <w:p>
            <w:pPr>
              <w:spacing w:after="0"/>
            </w:pPr>
            <w:r/>
            <w:r>
              <w:rPr>
                <w:rFonts w:ascii="Times New Roman" w:hAnsi="Times New Roman"/>
                <w:sz w:val="21"/>
              </w:rPr>
              <w:t>0238.1022</w:t>
            </w:r>
          </w:p>
        </w:tc>
        <w:tc>
          <w:tcPr>
            <w:tcW w:type="dxa" w:w="2041"/>
          </w:tcPr>
          <w:p>
            <w:pPr>
              <w:spacing w:after="0"/>
            </w:pPr>
            <w:r/>
            <w:r>
              <w:rPr>
                <w:rFonts w:ascii="Times New Roman" w:hAnsi="Times New Roman"/>
                <w:sz w:val="21"/>
              </w:rPr>
              <w:t>24/7</w:t>
            </w:r>
          </w:p>
        </w:tc>
      </w:tr>
      <w:tr>
        <w:tc>
          <w:tcPr>
            <w:tcW w:type="dxa" w:w="680"/>
          </w:tcPr>
          <w:p>
            <w:pPr>
              <w:spacing w:after="0"/>
            </w:pPr>
            <w:r/>
            <w:r>
              <w:rPr>
                <w:rFonts w:ascii="Times New Roman" w:hAnsi="Times New Roman"/>
                <w:sz w:val="21"/>
              </w:rPr>
              <w:t>2</w:t>
            </w:r>
          </w:p>
        </w:tc>
        <w:tc>
          <w:tcPr>
            <w:tcW w:type="dxa" w:w="4309"/>
          </w:tcPr>
          <w:p>
            <w:pPr>
              <w:spacing w:after="0"/>
            </w:pPr>
            <w:r/>
            <w:r>
              <w:rPr>
                <w:rFonts w:ascii="Times New Roman" w:hAnsi="Times New Roman"/>
                <w:sz w:val="21"/>
              </w:rPr>
              <w:t>Đường dây nóng phòng chống bão lụt (Ban Chỉ huy PCTT và TKCN)</w:t>
            </w:r>
          </w:p>
        </w:tc>
        <w:tc>
          <w:tcPr>
            <w:tcW w:type="dxa" w:w="2041"/>
          </w:tcPr>
          <w:p>
            <w:pPr>
              <w:spacing w:after="0"/>
            </w:pPr>
            <w:r/>
            <w:r>
              <w:rPr>
                <w:rFonts w:ascii="Times New Roman" w:hAnsi="Times New Roman"/>
                <w:sz w:val="21"/>
              </w:rPr>
              <w:t>0238.3.999.115</w:t>
            </w:r>
          </w:p>
        </w:tc>
        <w:tc>
          <w:tcPr>
            <w:tcW w:type="dxa" w:w="2041"/>
          </w:tcPr>
          <w:p>
            <w:pPr>
              <w:spacing w:after="0"/>
            </w:pPr>
            <w:r/>
            <w:r>
              <w:rPr>
                <w:rFonts w:ascii="Times New Roman" w:hAnsi="Times New Roman"/>
                <w:sz w:val="21"/>
              </w:rPr>
              <w:t>24/7 trong mùa mưa bão</w:t>
            </w:r>
          </w:p>
        </w:tc>
      </w:tr>
      <w:tr>
        <w:tc>
          <w:tcPr>
            <w:tcW w:type="dxa" w:w="680"/>
          </w:tcPr>
          <w:p>
            <w:pPr>
              <w:spacing w:after="0"/>
            </w:pPr>
            <w:r/>
            <w:r>
              <w:rPr>
                <w:rFonts w:ascii="Times New Roman" w:hAnsi="Times New Roman"/>
                <w:sz w:val="21"/>
              </w:rPr>
              <w:t>3</w:t>
            </w:r>
          </w:p>
        </w:tc>
        <w:tc>
          <w:tcPr>
            <w:tcW w:type="dxa" w:w="4309"/>
          </w:tcPr>
          <w:p>
            <w:pPr>
              <w:spacing w:after="0"/>
            </w:pPr>
            <w:r/>
            <w:r>
              <w:rPr>
                <w:rFonts w:ascii="Times New Roman" w:hAnsi="Times New Roman"/>
                <w:sz w:val="21"/>
              </w:rPr>
              <w:t>Hỗ trợ kỹ thuật Cổng Dịch vụ công thành phố</w:t>
            </w:r>
          </w:p>
        </w:tc>
        <w:tc>
          <w:tcPr>
            <w:tcW w:type="dxa" w:w="2041"/>
          </w:tcPr>
          <w:p>
            <w:pPr>
              <w:spacing w:after="0"/>
            </w:pPr>
            <w:r/>
            <w:r>
              <w:rPr>
                <w:rFonts w:ascii="Times New Roman" w:hAnsi="Times New Roman"/>
                <w:sz w:val="21"/>
              </w:rPr>
              <w:t>0238.3.999.111</w:t>
            </w:r>
          </w:p>
        </w:tc>
        <w:tc>
          <w:tcPr>
            <w:tcW w:type="dxa" w:w="2041"/>
          </w:tcPr>
          <w:p>
            <w:pPr>
              <w:spacing w:after="0"/>
            </w:pPr>
            <w:r/>
            <w:r>
              <w:rPr>
                <w:rFonts w:ascii="Times New Roman" w:hAnsi="Times New Roman"/>
                <w:sz w:val="21"/>
              </w:rPr>
              <w:t>Giờ hành chính</w:t>
            </w:r>
          </w:p>
        </w:tc>
      </w:tr>
      <w:tr>
        <w:tc>
          <w:tcPr>
            <w:tcW w:type="dxa" w:w="680"/>
          </w:tcPr>
          <w:p>
            <w:pPr>
              <w:spacing w:after="0"/>
            </w:pPr>
            <w:r/>
            <w:r>
              <w:rPr>
                <w:rFonts w:ascii="Times New Roman" w:hAnsi="Times New Roman"/>
                <w:sz w:val="21"/>
              </w:rPr>
              <w:t>4</w:t>
            </w:r>
          </w:p>
        </w:tc>
        <w:tc>
          <w:tcPr>
            <w:tcW w:type="dxa" w:w="4309"/>
          </w:tcPr>
          <w:p>
            <w:pPr>
              <w:spacing w:after="0"/>
            </w:pPr>
            <w:r/>
            <w:r>
              <w:rPr>
                <w:rFonts w:ascii="Times New Roman" w:hAnsi="Times New Roman"/>
                <w:sz w:val="21"/>
              </w:rPr>
              <w:t>Trực ban Công an Thành phố Giả</w:t>
            </w:r>
          </w:p>
        </w:tc>
        <w:tc>
          <w:tcPr>
            <w:tcW w:type="dxa" w:w="2041"/>
          </w:tcPr>
          <w:p>
            <w:pPr>
              <w:spacing w:after="0"/>
            </w:pPr>
            <w:r/>
            <w:r>
              <w:rPr>
                <w:rFonts w:ascii="Times New Roman" w:hAnsi="Times New Roman"/>
                <w:sz w:val="21"/>
              </w:rPr>
              <w:t>113</w:t>
            </w:r>
          </w:p>
        </w:tc>
        <w:tc>
          <w:tcPr>
            <w:tcW w:type="dxa" w:w="2041"/>
          </w:tcPr>
          <w:p>
            <w:pPr>
              <w:spacing w:after="0"/>
            </w:pPr>
            <w:r/>
            <w:r>
              <w:rPr>
                <w:rFonts w:ascii="Times New Roman" w:hAnsi="Times New Roman"/>
                <w:sz w:val="21"/>
              </w:rPr>
              <w:t>24/7</w:t>
            </w:r>
          </w:p>
        </w:tc>
      </w:tr>
      <w:tr>
        <w:tc>
          <w:tcPr>
            <w:tcW w:type="dxa" w:w="680"/>
          </w:tcPr>
          <w:p>
            <w:pPr>
              <w:spacing w:after="0"/>
            </w:pPr>
            <w:r/>
            <w:r>
              <w:rPr>
                <w:rFonts w:ascii="Times New Roman" w:hAnsi="Times New Roman"/>
                <w:sz w:val="21"/>
              </w:rPr>
              <w:t>5</w:t>
            </w:r>
          </w:p>
        </w:tc>
        <w:tc>
          <w:tcPr>
            <w:tcW w:type="dxa" w:w="4309"/>
          </w:tcPr>
          <w:p>
            <w:pPr>
              <w:spacing w:after="0"/>
            </w:pPr>
            <w:r/>
            <w:r>
              <w:rPr>
                <w:rFonts w:ascii="Times New Roman" w:hAnsi="Times New Roman"/>
                <w:sz w:val="21"/>
              </w:rPr>
              <w:t>Trực ban Cảnh sát phòng cháy chữa cháy</w:t>
            </w:r>
          </w:p>
        </w:tc>
        <w:tc>
          <w:tcPr>
            <w:tcW w:type="dxa" w:w="2041"/>
          </w:tcPr>
          <w:p>
            <w:pPr>
              <w:spacing w:after="0"/>
            </w:pPr>
            <w:r/>
            <w:r>
              <w:rPr>
                <w:rFonts w:ascii="Times New Roman" w:hAnsi="Times New Roman"/>
                <w:sz w:val="21"/>
              </w:rPr>
              <w:t>114</w:t>
            </w:r>
          </w:p>
        </w:tc>
        <w:tc>
          <w:tcPr>
            <w:tcW w:type="dxa" w:w="2041"/>
          </w:tcPr>
          <w:p>
            <w:pPr>
              <w:spacing w:after="0"/>
            </w:pPr>
            <w:r/>
            <w:r>
              <w:rPr>
                <w:rFonts w:ascii="Times New Roman" w:hAnsi="Times New Roman"/>
                <w:sz w:val="21"/>
              </w:rPr>
              <w:t>24/7</w:t>
            </w:r>
          </w:p>
        </w:tc>
      </w:tr>
      <w:tr>
        <w:tc>
          <w:tcPr>
            <w:tcW w:type="dxa" w:w="680"/>
          </w:tcPr>
          <w:p>
            <w:pPr>
              <w:spacing w:after="0"/>
            </w:pPr>
            <w:r/>
            <w:r>
              <w:rPr>
                <w:rFonts w:ascii="Times New Roman" w:hAnsi="Times New Roman"/>
                <w:sz w:val="21"/>
              </w:rPr>
              <w:t>6</w:t>
            </w:r>
          </w:p>
        </w:tc>
        <w:tc>
          <w:tcPr>
            <w:tcW w:type="dxa" w:w="4309"/>
          </w:tcPr>
          <w:p>
            <w:pPr>
              <w:spacing w:after="0"/>
            </w:pPr>
            <w:r/>
            <w:r>
              <w:rPr>
                <w:rFonts w:ascii="Times New Roman" w:hAnsi="Times New Roman"/>
                <w:sz w:val="21"/>
              </w:rPr>
              <w:t>Cấp cứu y tế</w:t>
            </w:r>
          </w:p>
        </w:tc>
        <w:tc>
          <w:tcPr>
            <w:tcW w:type="dxa" w:w="2041"/>
          </w:tcPr>
          <w:p>
            <w:pPr>
              <w:spacing w:after="0"/>
            </w:pPr>
            <w:r/>
            <w:r>
              <w:rPr>
                <w:rFonts w:ascii="Times New Roman" w:hAnsi="Times New Roman"/>
                <w:sz w:val="21"/>
              </w:rPr>
              <w:t>115</w:t>
            </w:r>
          </w:p>
        </w:tc>
        <w:tc>
          <w:tcPr>
            <w:tcW w:type="dxa" w:w="2041"/>
          </w:tcPr>
          <w:p>
            <w:pPr>
              <w:spacing w:after="0"/>
            </w:pPr>
            <w:r/>
            <w:r>
              <w:rPr>
                <w:rFonts w:ascii="Times New Roman" w:hAnsi="Times New Roman"/>
                <w:sz w:val="21"/>
              </w:rPr>
              <w:t>24/7</w:t>
            </w:r>
          </w:p>
        </w:tc>
      </w:tr>
      <w:tr>
        <w:tc>
          <w:tcPr>
            <w:tcW w:type="dxa" w:w="680"/>
          </w:tcPr>
          <w:p>
            <w:pPr>
              <w:spacing w:after="0"/>
            </w:pPr>
            <w:r/>
            <w:r>
              <w:rPr>
                <w:rFonts w:ascii="Times New Roman" w:hAnsi="Times New Roman"/>
                <w:sz w:val="21"/>
              </w:rPr>
              <w:t>7</w:t>
            </w:r>
          </w:p>
        </w:tc>
        <w:tc>
          <w:tcPr>
            <w:tcW w:type="dxa" w:w="4309"/>
          </w:tcPr>
          <w:p>
            <w:pPr>
              <w:spacing w:after="0"/>
            </w:pPr>
            <w:r/>
            <w:r>
              <w:rPr>
                <w:rFonts w:ascii="Times New Roman" w:hAnsi="Times New Roman"/>
                <w:sz w:val="21"/>
              </w:rPr>
              <w:t>Tổng đài điện lực Thành phố Giả</w:t>
            </w:r>
          </w:p>
        </w:tc>
        <w:tc>
          <w:tcPr>
            <w:tcW w:type="dxa" w:w="2041"/>
          </w:tcPr>
          <w:p>
            <w:pPr>
              <w:spacing w:after="0"/>
            </w:pPr>
            <w:r/>
            <w:r>
              <w:rPr>
                <w:rFonts w:ascii="Times New Roman" w:hAnsi="Times New Roman"/>
                <w:sz w:val="21"/>
              </w:rPr>
              <w:t>0238.3.870.000</w:t>
            </w:r>
          </w:p>
        </w:tc>
        <w:tc>
          <w:tcPr>
            <w:tcW w:type="dxa" w:w="2041"/>
          </w:tcPr>
          <w:p>
            <w:pPr>
              <w:spacing w:after="0"/>
            </w:pPr>
            <w:r/>
            <w:r>
              <w:rPr>
                <w:rFonts w:ascii="Times New Roman" w:hAnsi="Times New Roman"/>
                <w:sz w:val="21"/>
              </w:rPr>
              <w:t>24/7</w:t>
            </w:r>
          </w:p>
        </w:tc>
      </w:tr>
      <w:tr>
        <w:tc>
          <w:tcPr>
            <w:tcW w:type="dxa" w:w="680"/>
          </w:tcPr>
          <w:p>
            <w:pPr>
              <w:spacing w:after="0"/>
            </w:pPr>
            <w:r/>
            <w:r>
              <w:rPr>
                <w:rFonts w:ascii="Times New Roman" w:hAnsi="Times New Roman"/>
                <w:sz w:val="21"/>
              </w:rPr>
              <w:t>8</w:t>
            </w:r>
          </w:p>
        </w:tc>
        <w:tc>
          <w:tcPr>
            <w:tcW w:type="dxa" w:w="4309"/>
          </w:tcPr>
          <w:p>
            <w:pPr>
              <w:spacing w:after="0"/>
            </w:pPr>
            <w:r/>
            <w:r>
              <w:rPr>
                <w:rFonts w:ascii="Times New Roman" w:hAnsi="Times New Roman"/>
                <w:sz w:val="21"/>
              </w:rPr>
              <w:t>Tổng đài cấp nước Thành phố Giả</w:t>
            </w:r>
          </w:p>
        </w:tc>
        <w:tc>
          <w:tcPr>
            <w:tcW w:type="dxa" w:w="2041"/>
          </w:tcPr>
          <w:p>
            <w:pPr>
              <w:spacing w:after="0"/>
            </w:pPr>
            <w:r/>
            <w:r>
              <w:rPr>
                <w:rFonts w:ascii="Times New Roman" w:hAnsi="Times New Roman"/>
                <w:sz w:val="21"/>
              </w:rPr>
              <w:t>0238.3.871.000</w:t>
            </w:r>
          </w:p>
        </w:tc>
        <w:tc>
          <w:tcPr>
            <w:tcW w:type="dxa" w:w="2041"/>
          </w:tcPr>
          <w:p>
            <w:pPr>
              <w:spacing w:after="0"/>
            </w:pPr>
            <w:r/>
            <w:r>
              <w:rPr>
                <w:rFonts w:ascii="Times New Roman" w:hAnsi="Times New Roman"/>
                <w:sz w:val="21"/>
              </w:rPr>
              <w:t>24/7</w:t>
            </w:r>
          </w:p>
        </w:tc>
      </w:tr>
    </w:tbl>
    <w:p/>
    <w:p>
      <w:pPr>
        <w:spacing w:after="80"/>
        <w:ind w:firstLine="680"/>
        <w:jc w:val="both"/>
      </w:pPr>
      <w:r>
        <w:rPr>
          <w:rFonts w:ascii="Times New Roman" w:hAnsi="Times New Roman"/>
          <w:b w:val="0"/>
          <w:i/>
          <w:sz w:val="24"/>
        </w:rPr>
        <w:t>Ghi chú: Số điện thoại Sở Xây dựng Thành phố Giả là 0238.3.844.120; số điện thoại Sở Tài nguyên và Môi trường Thành phố Giả là 0238.3.844.150. Giờ làm việc của các cơ quan hành chính: buổi sáng 07:30–11:30, buổi chiều 13:30–17:30, từ thứ Hai đến thứ Sáu.</w:t>
      </w:r>
    </w:p>
    <w:p/>
    <w:tbl>
      <w:tblPr>
        <w:tblW w:type="auto" w:w="0"/>
        <w:tblLayout w:type="fixed"/>
        <w:tblLook w:firstColumn="1" w:firstRow="1" w:lastColumn="0" w:lastRow="0" w:noHBand="0" w:noVBand="1" w:val="04A0"/>
      </w:tblPr>
      <w:tblGrid>
        <w:gridCol w:w="4989"/>
        <w:gridCol w:w="4082"/>
      </w:tblGrid>
      <w:tr>
        <w:tc>
          <w:tcPr>
            <w:tcW w:type="dxa" w:w="4535"/>
          </w:tcPr>
          <w:p>
            <w:r/>
            <w:r>
              <w:rPr>
                <w:b/>
                <w:i/>
                <w:sz w:val="23"/>
              </w:rPr>
              <w:t>Nơi nhận:</w:t>
            </w:r>
          </w:p>
          <w:p>
            <w:pPr>
              <w:spacing w:after="0"/>
            </w:pPr>
            <w:r>
              <w:rPr>
                <w:sz w:val="22"/>
              </w:rPr>
              <w:t>- Chủ tịch, các PCT UBND thành phố;</w:t>
            </w:r>
          </w:p>
          <w:p>
            <w:pPr>
              <w:spacing w:after="0"/>
            </w:pPr>
            <w:r>
              <w:rPr>
                <w:sz w:val="22"/>
              </w:rPr>
              <w:t>- Các sở, ban, ngành thành phố;</w:t>
            </w:r>
          </w:p>
          <w:p>
            <w:pPr>
              <w:spacing w:after="0"/>
            </w:pPr>
            <w:r>
              <w:rPr>
                <w:sz w:val="22"/>
              </w:rPr>
              <w:t>- UBND các phường, xã;</w:t>
            </w:r>
          </w:p>
          <w:p>
            <w:pPr>
              <w:spacing w:after="0"/>
            </w:pPr>
            <w:r>
              <w:rPr>
                <w:sz w:val="22"/>
              </w:rPr>
              <w:t>- Lưu: VT, HCTC;</w:t>
            </w:r>
          </w:p>
        </w:tc>
        <w:tc>
          <w:tcPr>
            <w:tcW w:type="dxa" w:w="4535"/>
          </w:tcPr>
          <w:p>
            <w:pPr>
              <w:spacing w:after="0"/>
              <w:jc w:val="center"/>
            </w:pPr>
            <w:r/>
            <w:r>
              <w:rPr>
                <w:b/>
                <w:sz w:val="25"/>
              </w:rPr>
              <w:t>CHÁNH VĂN PHÒNG</w:t>
            </w:r>
          </w:p>
          <w:p>
            <w:pPr>
              <w:jc w:val="center"/>
            </w:pPr>
            <w:r>
              <w:rPr>
                <w:i/>
                <w:sz w:val="24"/>
              </w:rPr>
              <w:t>(Đã ký)</w:t>
            </w:r>
          </w:p>
          <w:p/>
          <w:p/>
          <w:p>
            <w:pPr>
              <w:jc w:val="center"/>
            </w:pPr>
            <w:r>
              <w:rPr>
                <w:b/>
                <w:sz w:val="26"/>
              </w:rPr>
              <w:t>Đặng Quốc Việt</w:t>
            </w:r>
          </w:p>
        </w:tc>
      </w:tr>
    </w:tbl>
    <w:sectPr w:rsidR="00FC693F" w:rsidRPr="0006063C" w:rsidSect="00034616">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cs="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